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Lines/>
        <w:spacing w:after="0" w:before="0"/>
        <w:jc w:val="center"/>
      </w:pPr>
      <w:r>
        <w:rPr>
          <w:b/>
          <w:sz w:val="20"/>
        </w:rPr>
        <w:t>SkyDeck USA  |  502-230-3325  |  info@skydeckusa.com</w:t>
      </w:r>
    </w:p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3154680" cy="133285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54680" cy="13328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Lines/>
        <w:spacing w:line="245" w:lineRule="auto" w:after="0" w:before="0"/>
        <w:jc w:val="center"/>
      </w:pPr>
      <w:r>
        <w:rPr>
          <w:rFonts w:ascii="Arial Narrow" w:hAnsi="Arial Narrow"/>
          <w:b/>
          <w:sz w:val="18"/>
        </w:rPr>
        <w:t>SECTION 07 76 16</w:t>
      </w:r>
    </w:p>
    <w:p>
      <w:pPr>
        <w:spacing w:line="245" w:lineRule="auto" w:after="0" w:before="0"/>
        <w:jc w:val="center"/>
      </w:pPr>
      <w:r>
        <w:rPr>
          <w:rFonts w:ascii="Arial Narrow" w:hAnsi="Arial Narrow"/>
          <w:b/>
          <w:sz w:val="18"/>
        </w:rPr>
        <w:t>ROOF PEDESTAL WOOD TILE SYSTEM</w:t>
      </w:r>
    </w:p>
    <w:p>
      <w:pPr>
        <w:keepLines/>
        <w:spacing w:line="245" w:lineRule="auto" w:after="100" w:before="260"/>
        <w:ind w:left="0" w:firstLine="0"/>
      </w:pPr>
      <w:r>
        <w:rPr>
          <w:rFonts w:ascii="Arial Narrow" w:hAnsi="Arial Narrow"/>
          <w:b/>
          <w:sz w:val="18"/>
        </w:rPr>
        <w:t>PART  1  GENERAL</w:t>
      </w:r>
    </w:p>
    <w:p>
      <w:pPr>
        <w:keepLines/>
        <w:spacing w:line="245" w:lineRule="auto" w:after="100" w:before="0"/>
        <w:ind w:left="0" w:firstLine="0"/>
      </w:pPr>
      <w:r>
        <w:rPr>
          <w:rFonts w:ascii="Arial Narrow" w:hAnsi="Arial Narrow"/>
          <w:sz w:val="18"/>
        </w:rPr>
        <w:t>1.1</w:t>
      </w:r>
      <w:r>
        <w:t xml:space="preserve">  SECTION INCLUDES:</w:t>
      </w:r>
    </w:p>
    <w:p>
      <w:pPr>
        <w:keepLines/>
        <w:spacing w:line="245" w:lineRule="auto" w:after="0" w:before="0"/>
        <w:ind w:left="806" w:hanging="288"/>
      </w:pPr>
      <w:r>
        <w:rPr>
          <w:rFonts w:ascii="Arial Narrow" w:hAnsi="Arial Narrow"/>
          <w:sz w:val="18"/>
        </w:rPr>
        <w:t>A.</w:t>
      </w:r>
      <w:r>
        <w:t xml:space="preserve"> Adjustable pedestal supports.</w:t>
      </w:r>
    </w:p>
    <w:p>
      <w:pPr>
        <w:keepLines/>
        <w:spacing w:line="245" w:lineRule="auto" w:after="0" w:before="140"/>
        <w:ind w:left="806" w:hanging="288"/>
      </w:pPr>
      <w:r>
        <w:rPr>
          <w:rFonts w:ascii="Arial Narrow" w:hAnsi="Arial Narrow"/>
          <w:sz w:val="18"/>
        </w:rPr>
        <w:t>B.</w:t>
      </w:r>
      <w:r>
        <w:t xml:space="preserve"> Rooftop wood deck tiles.</w:t>
      </w:r>
    </w:p>
    <w:p>
      <w:pPr>
        <w:keepLines/>
        <w:spacing w:line="245" w:lineRule="auto" w:after="100" w:before="260"/>
        <w:ind w:left="0" w:firstLine="0"/>
      </w:pPr>
      <w:r>
        <w:rPr>
          <w:rFonts w:ascii="Arial Narrow" w:hAnsi="Arial Narrow"/>
          <w:sz w:val="18"/>
        </w:rPr>
        <w:t>1.2</w:t>
      </w:r>
      <w:r>
        <w:t xml:space="preserve">  RELATED SECTIONS:</w:t>
      </w:r>
    </w:p>
    <w:p>
      <w:pPr>
        <w:keepLines/>
        <w:spacing w:line="245" w:lineRule="auto" w:after="0" w:before="0"/>
        <w:ind w:left="806" w:hanging="288"/>
      </w:pPr>
      <w:r>
        <w:rPr>
          <w:rFonts w:ascii="Arial Narrow" w:hAnsi="Arial Narrow"/>
          <w:sz w:val="18"/>
        </w:rPr>
        <w:t>A.</w:t>
      </w:r>
      <w:r>
        <w:t xml:space="preserve"> Section 04 22 00 - Concrete Unit Masonry.</w:t>
      </w:r>
    </w:p>
    <w:p>
      <w:pPr>
        <w:keepLines/>
        <w:spacing w:line="245" w:lineRule="auto" w:after="0" w:before="140"/>
        <w:ind w:left="806" w:hanging="288"/>
      </w:pPr>
      <w:r>
        <w:rPr>
          <w:rFonts w:ascii="Arial Narrow" w:hAnsi="Arial Narrow"/>
          <w:sz w:val="18"/>
        </w:rPr>
        <w:t>B.</w:t>
      </w:r>
      <w:r>
        <w:t xml:space="preserve"> Section 04 40 00 - Stone Assemblies.</w:t>
      </w:r>
    </w:p>
    <w:p>
      <w:pPr>
        <w:keepLines/>
        <w:spacing w:line="245" w:lineRule="auto" w:after="0" w:before="140"/>
        <w:ind w:left="806" w:hanging="288"/>
      </w:pPr>
      <w:r>
        <w:rPr>
          <w:rFonts w:ascii="Arial Narrow" w:hAnsi="Arial Narrow"/>
          <w:sz w:val="18"/>
        </w:rPr>
        <w:t>C.</w:t>
      </w:r>
      <w:r>
        <w:t xml:space="preserve"> Section 61 50 00 - Wood Decking.</w:t>
      </w:r>
    </w:p>
    <w:p>
      <w:pPr>
        <w:keepLines/>
        <w:spacing w:line="245" w:lineRule="auto" w:after="0" w:before="140"/>
        <w:ind w:left="806" w:hanging="288"/>
      </w:pPr>
      <w:r>
        <w:rPr>
          <w:rFonts w:ascii="Arial Narrow" w:hAnsi="Arial Narrow"/>
          <w:sz w:val="18"/>
        </w:rPr>
        <w:t>D.</w:t>
      </w:r>
      <w:r>
        <w:t xml:space="preserve"> Section 07 33 63 - Vegetated Roof System.</w:t>
      </w:r>
    </w:p>
    <w:p>
      <w:pPr>
        <w:keepLines/>
        <w:spacing w:line="245" w:lineRule="auto" w:after="0" w:before="140"/>
        <w:ind w:left="806" w:hanging="288"/>
      </w:pPr>
      <w:r>
        <w:rPr>
          <w:rFonts w:ascii="Arial Narrow" w:hAnsi="Arial Narrow"/>
          <w:sz w:val="18"/>
        </w:rPr>
        <w:t>E.</w:t>
      </w:r>
      <w:r>
        <w:t xml:space="preserve"> Section 07 55 00 - Membrane Roofing.</w:t>
      </w:r>
    </w:p>
    <w:p>
      <w:pPr>
        <w:keepLines/>
        <w:spacing w:line="245" w:lineRule="auto" w:after="0" w:before="140"/>
        <w:ind w:left="806" w:hanging="288"/>
      </w:pPr>
      <w:r>
        <w:rPr>
          <w:rFonts w:ascii="Arial Narrow" w:hAnsi="Arial Narrow"/>
          <w:sz w:val="18"/>
        </w:rPr>
        <w:t>F.</w:t>
      </w:r>
      <w:r>
        <w:t xml:space="preserve"> Section 09 69 00 - Access Flooring.</w:t>
      </w:r>
    </w:p>
    <w:p>
      <w:pPr>
        <w:keepLines/>
        <w:spacing w:line="245" w:lineRule="auto" w:after="100" w:before="260"/>
        <w:ind w:left="0" w:firstLine="0"/>
      </w:pPr>
      <w:r>
        <w:rPr>
          <w:rFonts w:ascii="Arial Narrow" w:hAnsi="Arial Narrow"/>
          <w:sz w:val="18"/>
        </w:rPr>
        <w:t>1.3</w:t>
      </w:r>
      <w:r>
        <w:t xml:space="preserve">  SUBMITTALS</w:t>
      </w:r>
    </w:p>
    <w:p>
      <w:pPr>
        <w:keepLines/>
        <w:spacing w:line="245" w:lineRule="auto" w:after="0" w:before="0"/>
        <w:ind w:left="806" w:hanging="288"/>
      </w:pPr>
      <w:r>
        <w:rPr>
          <w:rFonts w:ascii="Arial Narrow" w:hAnsi="Arial Narrow"/>
          <w:sz w:val="18"/>
        </w:rPr>
        <w:t>A.</w:t>
      </w:r>
      <w:r>
        <w:t xml:space="preserve"> Submit under provisions of Section 01 30 00.</w:t>
      </w:r>
    </w:p>
    <w:p>
      <w:pPr>
        <w:keepLines/>
        <w:spacing w:line="245" w:lineRule="auto" w:after="0" w:before="140"/>
        <w:ind w:left="806" w:hanging="288"/>
      </w:pPr>
      <w:r>
        <w:rPr>
          <w:rFonts w:ascii="Arial Narrow" w:hAnsi="Arial Narrow"/>
          <w:sz w:val="18"/>
        </w:rPr>
        <w:t>B.</w:t>
      </w:r>
      <w:r>
        <w:t xml:space="preserve"> Product Data:</w:t>
      </w:r>
    </w:p>
    <w:p>
      <w:pPr>
        <w:keepLines/>
        <w:spacing w:line="245" w:lineRule="auto" w:after="0" w:before="0"/>
        <w:ind w:left="1325" w:hanging="288"/>
      </w:pPr>
      <w:r>
        <w:rPr>
          <w:rFonts w:ascii="Arial Narrow" w:hAnsi="Arial Narrow"/>
          <w:sz w:val="18"/>
        </w:rPr>
        <w:t>1.</w:t>
      </w:r>
      <w:r>
        <w:t xml:space="preserve"> Manufacturer's data sheets on each product to be used.</w:t>
      </w:r>
    </w:p>
    <w:p>
      <w:pPr>
        <w:keepLines/>
        <w:spacing w:line="245" w:lineRule="auto" w:after="0" w:before="0"/>
        <w:ind w:left="1325" w:hanging="288"/>
      </w:pPr>
      <w:r>
        <w:rPr>
          <w:rFonts w:ascii="Arial Narrow" w:hAnsi="Arial Narrow"/>
          <w:sz w:val="18"/>
        </w:rPr>
        <w:t>2.</w:t>
      </w:r>
      <w:r>
        <w:t xml:space="preserve"> Preparation instructions and recommendations.</w:t>
      </w:r>
    </w:p>
    <w:p>
      <w:pPr>
        <w:keepLines/>
        <w:spacing w:line="245" w:lineRule="auto" w:after="0" w:before="0"/>
        <w:ind w:left="1325" w:hanging="288"/>
      </w:pPr>
      <w:r>
        <w:rPr>
          <w:rFonts w:ascii="Arial Narrow" w:hAnsi="Arial Narrow"/>
          <w:sz w:val="18"/>
        </w:rPr>
        <w:t>3.</w:t>
      </w:r>
      <w:r>
        <w:t xml:space="preserve"> Storage and handling requirements and recommendations.</w:t>
      </w:r>
    </w:p>
    <w:p>
      <w:pPr>
        <w:keepLines/>
        <w:spacing w:line="245" w:lineRule="auto" w:after="0" w:before="0"/>
        <w:ind w:left="1325" w:hanging="288"/>
      </w:pPr>
      <w:r>
        <w:rPr>
          <w:rFonts w:ascii="Arial Narrow" w:hAnsi="Arial Narrow"/>
          <w:sz w:val="18"/>
        </w:rPr>
        <w:t>4.</w:t>
      </w:r>
      <w:r>
        <w:t xml:space="preserve"> Typical installation methods.</w:t>
      </w:r>
    </w:p>
    <w:p>
      <w:pPr>
        <w:keepLines/>
        <w:spacing w:line="245" w:lineRule="auto" w:after="0" w:before="140"/>
        <w:ind w:left="806" w:hanging="288"/>
      </w:pPr>
      <w:r>
        <w:rPr>
          <w:rFonts w:ascii="Arial Narrow" w:hAnsi="Arial Narrow"/>
          <w:sz w:val="18"/>
        </w:rPr>
        <w:t>C.</w:t>
      </w:r>
      <w:r>
        <w:t xml:space="preserve"> Verification Samples:</w:t>
      </w:r>
    </w:p>
    <w:p>
      <w:pPr>
        <w:keepLines/>
        <w:spacing w:line="245" w:lineRule="auto" w:after="0" w:before="0"/>
        <w:ind w:left="1325" w:hanging="288"/>
      </w:pPr>
      <w:r>
        <w:rPr>
          <w:rFonts w:ascii="Arial Narrow" w:hAnsi="Arial Narrow"/>
          <w:sz w:val="18"/>
        </w:rPr>
        <w:t>1.</w:t>
      </w:r>
      <w:r>
        <w:t xml:space="preserve"> Architectural Pavers: Submit samples for type, color and texture required.</w:t>
      </w:r>
    </w:p>
    <w:p>
      <w:pPr>
        <w:keepLines/>
        <w:spacing w:line="245" w:lineRule="auto" w:after="0" w:before="0"/>
        <w:ind w:left="1325" w:hanging="288"/>
      </w:pPr>
      <w:r>
        <w:rPr>
          <w:rFonts w:ascii="Arial Narrow" w:hAnsi="Arial Narrow"/>
          <w:sz w:val="18"/>
        </w:rPr>
        <w:t>2.</w:t>
      </w:r>
      <w:r>
        <w:t xml:space="preserve"> Pedestals: Submit samples of each pedestal component.</w:t>
      </w:r>
    </w:p>
    <w:p>
      <w:pPr>
        <w:keepLines/>
        <w:spacing w:line="245" w:lineRule="auto" w:after="0" w:before="140"/>
        <w:ind w:left="806" w:hanging="288"/>
      </w:pPr>
      <w:r>
        <w:rPr>
          <w:rFonts w:ascii="Arial Narrow" w:hAnsi="Arial Narrow"/>
          <w:sz w:val="18"/>
        </w:rPr>
        <w:t>D.</w:t>
      </w:r>
      <w:r>
        <w:t xml:space="preserve"> Shop Drawings: Include details of materials, construction, and finish. Include relationship</w:t>
      </w:r>
      <w:r>
        <w:t xml:space="preserve"> with adjacent construction.</w:t>
      </w:r>
    </w:p>
    <w:p>
      <w:pPr>
        <w:keepLines/>
        <w:spacing w:line="245" w:lineRule="auto" w:after="0" w:before="0"/>
        <w:ind w:left="1325" w:hanging="288"/>
      </w:pPr>
      <w:r>
        <w:rPr>
          <w:rFonts w:ascii="Arial Narrow" w:hAnsi="Arial Narrow"/>
          <w:sz w:val="18"/>
        </w:rPr>
        <w:t>1.</w:t>
      </w:r>
      <w:r>
        <w:t xml:space="preserve"> Scaled drawings to include plan of installation area, layout of all paver and pedestal</w:t>
      </w:r>
      <w:r>
        <w:t xml:space="preserve"> areas, starting point and elevations, and construction details at critical terminations of</w:t>
      </w:r>
      <w:r>
        <w:t xml:space="preserve"> pedestal paver system with adjacent construction.</w:t>
      </w:r>
    </w:p>
    <w:p>
      <w:pPr>
        <w:keepLines/>
        <w:spacing w:line="245" w:lineRule="auto" w:after="0" w:before="140"/>
        <w:ind w:left="806" w:hanging="288"/>
      </w:pPr>
      <w:r>
        <w:rPr>
          <w:rFonts w:ascii="Arial Narrow" w:hAnsi="Arial Narrow"/>
          <w:sz w:val="18"/>
        </w:rPr>
        <w:t>E.</w:t>
      </w:r>
      <w:r>
        <w:t xml:space="preserve"> Delivery, storage and handling requirements and recommendations.</w:t>
      </w:r>
    </w:p>
    <w:p>
      <w:pPr>
        <w:keepLines/>
        <w:spacing w:line="245" w:lineRule="auto" w:after="0" w:before="140"/>
        <w:ind w:left="806" w:hanging="288"/>
      </w:pPr>
      <w:r>
        <w:rPr>
          <w:rFonts w:ascii="Arial Narrow" w:hAnsi="Arial Narrow"/>
          <w:sz w:val="18"/>
        </w:rPr>
        <w:t>F.</w:t>
      </w:r>
      <w:r>
        <w:t xml:space="preserve"> Certifications: Written submittal by manufacturer indicating that installer is certified as</w:t>
      </w:r>
      <w:r>
        <w:t xml:space="preserve"> qualified to perform work of this Section.</w:t>
      </w:r>
    </w:p>
    <w:p>
      <w:pPr>
        <w:keepLines/>
        <w:spacing w:line="245" w:lineRule="auto" w:after="0" w:before="140"/>
        <w:ind w:left="806" w:hanging="288"/>
      </w:pPr>
      <w:r>
        <w:rPr>
          <w:rFonts w:ascii="Arial Narrow" w:hAnsi="Arial Narrow"/>
          <w:sz w:val="18"/>
        </w:rPr>
        <w:t>G.</w:t>
      </w:r>
      <w:r>
        <w:t xml:space="preserve"> Warranty: Submit manufacturer warranty and ensure Owner's name is registered with</w:t>
      </w:r>
      <w:r>
        <w:t xml:space="preserve"> manufacturer.</w:t>
      </w:r>
    </w:p>
    <w:p>
      <w:pPr>
        <w:keepLines/>
        <w:spacing w:line="245" w:lineRule="auto" w:after="100" w:before="260"/>
        <w:ind w:left="0" w:firstLine="0"/>
      </w:pPr>
      <w:r>
        <w:rPr>
          <w:rFonts w:ascii="Arial Narrow" w:hAnsi="Arial Narrow"/>
          <w:sz w:val="18"/>
        </w:rPr>
        <w:t>1.4</w:t>
      </w:r>
      <w:r>
        <w:t xml:space="preserve">  QUALITY ASSURANCE</w:t>
      </w:r>
    </w:p>
    <w:p>
      <w:pPr>
        <w:keepLines/>
        <w:spacing w:line="245" w:lineRule="auto" w:after="0" w:before="0"/>
        <w:ind w:left="806" w:hanging="288"/>
      </w:pPr>
      <w:r>
        <w:rPr>
          <w:rFonts w:ascii="Arial Narrow" w:hAnsi="Arial Narrow"/>
          <w:sz w:val="18"/>
        </w:rPr>
        <w:t>A.</w:t>
      </w:r>
      <w:r>
        <w:t xml:space="preserve"> Manufacturer Qualifications: Company specializing in manufacturing products specified in</w:t>
      </w:r>
      <w:r>
        <w:t xml:space="preserve"> this section with a minimum of five years documented experience.</w:t>
      </w:r>
    </w:p>
    <w:p>
      <w:pPr>
        <w:keepLines/>
        <w:spacing w:line="245" w:lineRule="auto" w:after="0" w:before="140"/>
        <w:ind w:left="806" w:hanging="288"/>
      </w:pPr>
      <w:r>
        <w:rPr>
          <w:rFonts w:ascii="Arial Narrow" w:hAnsi="Arial Narrow"/>
          <w:sz w:val="18"/>
        </w:rPr>
        <w:t>B.</w:t>
      </w:r>
      <w:r>
        <w:t xml:space="preserve"> Single Source Responsibility: Manufacturer shall provide the following:</w:t>
      </w:r>
    </w:p>
    <w:p>
      <w:pPr>
        <w:keepLines/>
        <w:spacing w:line="245" w:lineRule="auto" w:after="0" w:before="0"/>
        <w:ind w:left="1325" w:hanging="288"/>
      </w:pPr>
      <w:r>
        <w:rPr>
          <w:rFonts w:ascii="Arial Narrow" w:hAnsi="Arial Narrow"/>
          <w:sz w:val="18"/>
        </w:rPr>
        <w:t>1.</w:t>
      </w:r>
      <w:r>
        <w:t xml:space="preserve"> Rooftop Wood Deck Tiles.</w:t>
      </w:r>
    </w:p>
    <w:p>
      <w:pPr>
        <w:keepLines/>
        <w:spacing w:line="245" w:lineRule="auto" w:after="0" w:before="0"/>
        <w:ind w:left="1325" w:hanging="288"/>
      </w:pPr>
      <w:r>
        <w:rPr>
          <w:rFonts w:ascii="Arial Narrow" w:hAnsi="Arial Narrow"/>
          <w:sz w:val="18"/>
        </w:rPr>
        <w:t>2.</w:t>
      </w:r>
      <w:r>
        <w:t xml:space="preserve"> Pedestal Support System.</w:t>
      </w:r>
    </w:p>
    <w:p>
      <w:pPr>
        <w:keepLines/>
        <w:spacing w:line="245" w:lineRule="auto" w:after="0" w:before="140"/>
        <w:ind w:left="806" w:hanging="288"/>
      </w:pPr>
      <w:r>
        <w:rPr>
          <w:rFonts w:ascii="Arial Narrow" w:hAnsi="Arial Narrow"/>
          <w:sz w:val="18"/>
        </w:rPr>
        <w:t>C.</w:t>
      </w:r>
      <w:r>
        <w:t xml:space="preserve"> Installer Qualifications: Certified as pre-approved and qualified by manufacturer to install</w:t>
      </w:r>
      <w:r>
        <w:t xml:space="preserve"> work of this section.</w:t>
      </w:r>
    </w:p>
    <w:p>
      <w:pPr>
        <w:keepLines/>
        <w:spacing w:line="245" w:lineRule="auto" w:after="0" w:before="0"/>
        <w:ind w:left="1325" w:hanging="288"/>
      </w:pPr>
      <w:r>
        <w:rPr>
          <w:rFonts w:ascii="Arial Narrow" w:hAnsi="Arial Narrow"/>
          <w:sz w:val="18"/>
        </w:rPr>
        <w:t>1.</w:t>
      </w:r>
      <w:r>
        <w:t xml:space="preserve"> Installer assumes liability for any deviations from specifications and/or the Drawings.</w:t>
      </w:r>
    </w:p>
    <w:p>
      <w:pPr>
        <w:keepLines/>
        <w:spacing w:line="245" w:lineRule="auto" w:after="0" w:before="140"/>
        <w:ind w:left="806" w:hanging="288"/>
      </w:pPr>
      <w:r>
        <w:rPr>
          <w:rFonts w:ascii="Arial Narrow" w:hAnsi="Arial Narrow"/>
          <w:sz w:val="18"/>
        </w:rPr>
        <w:t>D.</w:t>
      </w:r>
      <w:r>
        <w:t xml:space="preserve"> Preconstruction Testing: Conduct to verify following.</w:t>
      </w:r>
    </w:p>
    <w:p>
      <w:pPr>
        <w:keepLines/>
        <w:spacing w:line="245" w:lineRule="auto" w:after="0" w:before="0"/>
        <w:ind w:left="1325" w:hanging="288"/>
      </w:pPr>
      <w:r>
        <w:rPr>
          <w:rFonts w:ascii="Arial Narrow" w:hAnsi="Arial Narrow"/>
          <w:sz w:val="18"/>
        </w:rPr>
        <w:t>1.</w:t>
      </w:r>
      <w:r>
        <w:t xml:space="preserve"> Membrane Roofing Manufacturer: Conduct inspection by certified manufacturer's</w:t>
      </w:r>
      <w:r>
        <w:t xml:space="preserve"> technical representative to verify that the in-place membrane roofing system meets</w:t>
      </w:r>
      <w:r>
        <w:t xml:space="preserve"> the manufacturer's specifications, is waterproof, and is approved for installation of the</w:t>
      </w:r>
      <w:r>
        <w:t xml:space="preserve"> pedestal paver system. Verify membrane protection layer (if required) and other</w:t>
      </w:r>
      <w:r>
        <w:t xml:space="preserve"> requirements to maintain roofing manufacturer's warranty provisions. A copy of the</w:t>
      </w:r>
      <w:r>
        <w:t xml:space="preserve"> inspection report shall be submitted to the pedestal paver manufacturer prior to</w:t>
      </w:r>
      <w:r>
        <w:t xml:space="preserve"> installation of the pedestal paver system.</w:t>
      </w:r>
    </w:p>
    <w:p>
      <w:pPr>
        <w:keepLines/>
        <w:spacing w:line="245" w:lineRule="auto" w:after="0" w:before="0"/>
        <w:ind w:left="1325" w:hanging="288"/>
      </w:pPr>
      <w:r>
        <w:rPr>
          <w:rFonts w:ascii="Arial Narrow" w:hAnsi="Arial Narrow"/>
          <w:sz w:val="18"/>
        </w:rPr>
        <w:t>2.</w:t>
      </w:r>
      <w:r>
        <w:t xml:space="preserve"> Membrane Integrity Test: The roof area or portions thereof shall be leak tested by</w:t>
      </w:r>
      <w:r>
        <w:t xml:space="preserve"> means of electronic testing or flood testing for a period of 48 hours to check the</w:t>
      </w:r>
      <w:r>
        <w:t xml:space="preserve"> integrity of the membrane installation. The Membrane integrity test shall be conducted</w:t>
      </w:r>
      <w:r>
        <w:t xml:space="preserve"> by roof membrane contractor and attested in writing to pedestal paver manufacturer</w:t>
      </w:r>
      <w:r>
        <w:t xml:space="preserve"> by the roofing contractor prior to the pedestal paver system being installed.</w:t>
      </w:r>
    </w:p>
    <w:p>
      <w:pPr>
        <w:keepLines/>
        <w:spacing w:line="245" w:lineRule="auto" w:after="0" w:before="140"/>
        <w:ind w:left="806" w:hanging="288"/>
      </w:pPr>
      <w:r>
        <w:rPr>
          <w:rFonts w:ascii="Arial Narrow" w:hAnsi="Arial Narrow"/>
          <w:sz w:val="18"/>
        </w:rPr>
        <w:t>E.</w:t>
      </w:r>
      <w:r>
        <w:t xml:space="preserve"> Mock-Up: Construct a mock-up with actual materials in sufficient time for Architect's review</w:t>
      </w:r>
      <w:r>
        <w:t xml:space="preserve"> and to not delay construction progress. Locate mock-up as acceptable to Architect and</w:t>
      </w:r>
      <w:r>
        <w:t xml:space="preserve"> provide temporary foundations and support.</w:t>
      </w:r>
    </w:p>
    <w:p>
      <w:pPr>
        <w:keepLines/>
        <w:spacing w:line="245" w:lineRule="auto" w:after="0" w:before="0"/>
        <w:ind w:left="1325" w:hanging="288"/>
      </w:pPr>
      <w:r>
        <w:rPr>
          <w:rFonts w:ascii="Arial Narrow" w:hAnsi="Arial Narrow"/>
          <w:sz w:val="18"/>
        </w:rPr>
        <w:t>1.</w:t>
      </w:r>
      <w:r>
        <w:t xml:space="preserve"> The intent of mock-up is to demonstrate quality of workmanship and visual</w:t>
      </w:r>
      <w:r>
        <w:t xml:space="preserve"> appearance.</w:t>
      </w:r>
    </w:p>
    <w:p>
      <w:pPr>
        <w:keepLines/>
        <w:spacing w:line="245" w:lineRule="auto" w:after="0" w:before="0"/>
        <w:ind w:left="1325" w:hanging="288"/>
      </w:pPr>
      <w:r>
        <w:rPr>
          <w:rFonts w:ascii="Arial Narrow" w:hAnsi="Arial Narrow"/>
          <w:sz w:val="18"/>
        </w:rPr>
        <w:t>2.</w:t>
      </w:r>
      <w:r>
        <w:t xml:space="preserve"> If mock-up is not acceptable, rebuild mock-up until satisfactory results are achieved.</w:t>
      </w:r>
    </w:p>
    <w:p>
      <w:pPr>
        <w:keepLines/>
        <w:spacing w:line="245" w:lineRule="auto" w:after="0" w:before="0"/>
        <w:ind w:left="1325" w:hanging="288"/>
      </w:pPr>
      <w:r>
        <w:rPr>
          <w:rFonts w:ascii="Arial Narrow" w:hAnsi="Arial Narrow"/>
          <w:sz w:val="18"/>
        </w:rPr>
        <w:t>3.</w:t>
      </w:r>
      <w:r>
        <w:t xml:space="preserve"> Retain mock-up during construction as a standard for comparison with completed</w:t>
      </w:r>
      <w:r>
        <w:t xml:space="preserve"> work.</w:t>
      </w:r>
    </w:p>
    <w:p>
      <w:pPr>
        <w:keepLines/>
        <w:spacing w:line="245" w:lineRule="auto" w:after="0" w:before="0"/>
        <w:ind w:left="1325" w:hanging="288"/>
      </w:pPr>
      <w:r>
        <w:rPr>
          <w:rFonts w:ascii="Arial Narrow" w:hAnsi="Arial Narrow"/>
          <w:sz w:val="18"/>
        </w:rPr>
        <w:t>4.</w:t>
      </w:r>
      <w:r>
        <w:t xml:space="preserve"> Do not alter or remove mock-up until work is completed or removal is authorized.</w:t>
      </w:r>
    </w:p>
    <w:p>
      <w:pPr>
        <w:keepLines/>
        <w:spacing w:line="245" w:lineRule="auto" w:after="100" w:before="260"/>
        <w:ind w:left="0" w:firstLine="0"/>
      </w:pPr>
      <w:r>
        <w:rPr>
          <w:rFonts w:ascii="Arial Narrow" w:hAnsi="Arial Narrow"/>
          <w:sz w:val="18"/>
        </w:rPr>
        <w:t>1.5</w:t>
      </w:r>
      <w:r>
        <w:t xml:space="preserve">  PRE-INSTALLATION CONFERENCE</w:t>
      </w:r>
    </w:p>
    <w:p>
      <w:pPr>
        <w:keepLines/>
        <w:spacing w:line="245" w:lineRule="auto" w:after="0" w:before="0"/>
        <w:ind w:left="806" w:hanging="288"/>
      </w:pPr>
      <w:r>
        <w:rPr>
          <w:rFonts w:ascii="Arial Narrow" w:hAnsi="Arial Narrow"/>
          <w:sz w:val="18"/>
        </w:rPr>
        <w:t>A.</w:t>
      </w:r>
      <w:r>
        <w:t xml:space="preserve"> Convene a conference approximately two weeks before scheduled commencement of the</w:t>
      </w:r>
      <w:r>
        <w:t xml:space="preserve"> Work. Attendees shall include Architect, Contractor and trades involved. Agenda shall</w:t>
      </w:r>
      <w:r>
        <w:t xml:space="preserve"> include schedule, responsibilities, critical path items and approvals.</w:t>
      </w:r>
    </w:p>
    <w:p>
      <w:pPr>
        <w:keepLines/>
        <w:spacing w:line="245" w:lineRule="auto" w:after="100" w:before="260"/>
        <w:ind w:left="0" w:firstLine="0"/>
      </w:pPr>
      <w:r>
        <w:rPr>
          <w:rFonts w:ascii="Arial Narrow" w:hAnsi="Arial Narrow"/>
          <w:sz w:val="18"/>
        </w:rPr>
        <w:t>1.6</w:t>
      </w:r>
      <w:r>
        <w:t xml:space="preserve">  DELIVERY, HANDLING, STORAGE, PROTECTION</w:t>
      </w:r>
    </w:p>
    <w:p>
      <w:pPr>
        <w:keepLines/>
        <w:spacing w:line="245" w:lineRule="auto" w:after="0" w:before="0"/>
        <w:ind w:left="806" w:hanging="288"/>
      </w:pPr>
      <w:r>
        <w:rPr>
          <w:rFonts w:ascii="Arial Narrow" w:hAnsi="Arial Narrow"/>
          <w:sz w:val="18"/>
        </w:rPr>
        <w:t>A.</w:t>
      </w:r>
      <w:r>
        <w:t xml:space="preserve"> Deliver materials to project site in the original packaging with the manufacturer's labels intact</w:t>
      </w:r>
      <w:r>
        <w:t xml:space="preserve"> and legible.</w:t>
      </w:r>
    </w:p>
    <w:p>
      <w:pPr>
        <w:keepLines/>
        <w:spacing w:line="245" w:lineRule="auto" w:after="0" w:before="140"/>
        <w:ind w:left="806" w:hanging="288"/>
      </w:pPr>
      <w:r>
        <w:rPr>
          <w:rFonts w:ascii="Arial Narrow" w:hAnsi="Arial Narrow"/>
          <w:sz w:val="18"/>
        </w:rPr>
        <w:t>B.</w:t>
      </w:r>
      <w:r>
        <w:t xml:space="preserve"> Inspect all materials to ensure they are undamaged and in good condition.</w:t>
      </w:r>
    </w:p>
    <w:p>
      <w:pPr>
        <w:keepLines/>
        <w:spacing w:line="245" w:lineRule="auto" w:after="0" w:before="140"/>
        <w:ind w:left="806" w:hanging="288"/>
      </w:pPr>
      <w:r>
        <w:rPr>
          <w:rFonts w:ascii="Arial Narrow" w:hAnsi="Arial Narrow"/>
          <w:sz w:val="18"/>
        </w:rPr>
        <w:t>C.</w:t>
      </w:r>
      <w:r>
        <w:t xml:space="preserve"> Store materials in a clean, dry, and protected location.</w:t>
      </w:r>
    </w:p>
    <w:p>
      <w:pPr>
        <w:keepLines/>
        <w:spacing w:line="245" w:lineRule="auto" w:after="0" w:before="0"/>
        <w:ind w:left="1325" w:hanging="288"/>
      </w:pPr>
      <w:r>
        <w:rPr>
          <w:rFonts w:ascii="Arial Narrow" w:hAnsi="Arial Narrow"/>
          <w:sz w:val="18"/>
        </w:rPr>
        <w:t>1.</w:t>
      </w:r>
      <w:r>
        <w:t xml:space="preserve"> Ipe Tiles:</w:t>
      </w:r>
    </w:p>
    <w:p>
      <w:pPr>
        <w:keepLines/>
        <w:spacing w:line="245" w:lineRule="auto" w:after="0" w:before="0"/>
        <w:ind w:left="1843" w:hanging="288"/>
      </w:pPr>
      <w:r>
        <w:rPr>
          <w:rFonts w:ascii="Arial Narrow" w:hAnsi="Arial Narrow"/>
          <w:sz w:val="18"/>
        </w:rPr>
        <w:t>a.</w:t>
      </w:r>
      <w:r>
        <w:t xml:space="preserve"> Place tiles in a shaded location and unwrap immediately upon arrival at the job</w:t>
      </w:r>
      <w:r>
        <w:t xml:space="preserve"> site.</w:t>
      </w:r>
    </w:p>
    <w:p>
      <w:pPr>
        <w:keepLines/>
        <w:spacing w:line="245" w:lineRule="auto" w:after="0" w:before="0"/>
        <w:ind w:left="1843" w:hanging="288"/>
      </w:pPr>
      <w:r>
        <w:rPr>
          <w:rFonts w:ascii="Arial Narrow" w:hAnsi="Arial Narrow"/>
          <w:sz w:val="18"/>
        </w:rPr>
        <w:t>b.</w:t>
      </w:r>
      <w:r>
        <w:t xml:space="preserve"> Place spacers between the tiles to allow airflow while they acclimatize to the</w:t>
      </w:r>
      <w:r>
        <w:t xml:space="preserve"> climate and humidity level in the location where they'll be installed.</w:t>
      </w:r>
    </w:p>
    <w:p>
      <w:pPr>
        <w:keepLines/>
        <w:spacing w:line="245" w:lineRule="auto" w:after="0" w:before="0"/>
        <w:ind w:left="1843" w:hanging="288"/>
      </w:pPr>
      <w:r>
        <w:rPr>
          <w:rFonts w:ascii="Arial Narrow" w:hAnsi="Arial Narrow"/>
          <w:sz w:val="18"/>
        </w:rPr>
        <w:t>c.</w:t>
      </w:r>
      <w:r>
        <w:t xml:space="preserve"> Tiles and planks should be left to acclimate for 7-10 days prior to installation.</w:t>
      </w:r>
      <w:r>
        <w:t xml:space="preserve"> Natural shrinking should be expected as the wood ages.</w:t>
      </w:r>
    </w:p>
    <w:p>
      <w:pPr>
        <w:keepLines/>
        <w:spacing w:line="245" w:lineRule="auto" w:after="0" w:before="140"/>
        <w:ind w:left="806" w:hanging="288"/>
      </w:pPr>
      <w:r>
        <w:rPr>
          <w:rFonts w:ascii="Arial Narrow" w:hAnsi="Arial Narrow"/>
          <w:sz w:val="18"/>
        </w:rPr>
        <w:t>D.</w:t>
      </w:r>
      <w:r>
        <w:t xml:space="preserve"> Ensure waterproofing membrane is not damaged while delivering, storing, or handling</w:t>
      </w:r>
      <w:r>
        <w:t xml:space="preserve"> material.</w:t>
      </w:r>
    </w:p>
    <w:p>
      <w:pPr>
        <w:keepLines/>
        <w:spacing w:line="245" w:lineRule="auto" w:after="0" w:before="140"/>
        <w:ind w:left="806" w:hanging="288"/>
      </w:pPr>
      <w:r>
        <w:rPr>
          <w:rFonts w:ascii="Arial Narrow" w:hAnsi="Arial Narrow"/>
          <w:sz w:val="18"/>
        </w:rPr>
        <w:t>E.</w:t>
      </w:r>
      <w:r>
        <w:t xml:space="preserve"> Take measures to locate and spread loads in manner to not exceed load capacity of roof</w:t>
      </w:r>
      <w:r>
        <w:t xml:space="preserve"> deck.</w:t>
      </w:r>
    </w:p>
    <w:p>
      <w:pPr>
        <w:keepLines/>
        <w:spacing w:line="245" w:lineRule="auto" w:after="0" w:before="140"/>
        <w:ind w:left="806" w:hanging="288"/>
      </w:pPr>
      <w:r>
        <w:rPr>
          <w:rFonts w:ascii="Arial Narrow" w:hAnsi="Arial Narrow"/>
          <w:sz w:val="18"/>
        </w:rPr>
        <w:t>F.</w:t>
      </w:r>
      <w:r>
        <w:t xml:space="preserve"> Store paver and pedestal components and materials over plywood panels or protective</w:t>
      </w:r>
      <w:r>
        <w:t xml:space="preserve"> sheeting. Do not allow products, grit, debris, and pedestrian traffic on unprotected roofing.</w:t>
      </w:r>
    </w:p>
    <w:p>
      <w:pPr>
        <w:keepLines/>
        <w:spacing w:line="245" w:lineRule="auto" w:after="0" w:before="140"/>
        <w:ind w:left="806" w:hanging="288"/>
      </w:pPr>
      <w:r>
        <w:rPr>
          <w:rFonts w:ascii="Arial Narrow" w:hAnsi="Arial Narrow"/>
          <w:sz w:val="18"/>
        </w:rPr>
        <w:t>G.</w:t>
      </w:r>
      <w:r>
        <w:t xml:space="preserve"> During installation, protect the roof deck and membranes with appropriate material such as</w:t>
      </w:r>
      <w:r>
        <w:t xml:space="preserve"> plywood sheeting. Never scrape or puncture membrane protection layer or membranes.</w:t>
      </w:r>
      <w:r>
        <w:t xml:space="preserve"> Keep roof surfaces free of soil, grit, or debris at all times.</w:t>
      </w:r>
    </w:p>
    <w:p>
      <w:pPr>
        <w:keepLines/>
        <w:spacing w:line="245" w:lineRule="auto" w:after="100" w:before="260"/>
        <w:ind w:left="0" w:firstLine="0"/>
      </w:pPr>
      <w:r>
        <w:rPr>
          <w:rFonts w:ascii="Arial Narrow" w:hAnsi="Arial Narrow"/>
          <w:sz w:val="18"/>
        </w:rPr>
        <w:t>1.7</w:t>
      </w:r>
      <w:r>
        <w:t xml:space="preserve">  PROJECT CONDITIONS</w:t>
      </w:r>
    </w:p>
    <w:p>
      <w:pPr>
        <w:keepLines/>
        <w:spacing w:line="245" w:lineRule="auto" w:after="0" w:before="0"/>
        <w:ind w:left="806" w:hanging="288"/>
      </w:pPr>
      <w:r>
        <w:rPr>
          <w:rFonts w:ascii="Arial Narrow" w:hAnsi="Arial Narrow"/>
          <w:sz w:val="18"/>
        </w:rPr>
        <w:t>A.</w:t>
      </w:r>
      <w:r>
        <w:t xml:space="preserve"> Maintain environmental conditions (temperature, humidity, precipitation) within limits</w:t>
      </w:r>
      <w:r>
        <w:t xml:space="preserve"> recommended by manufacturer for optimum results. Do not install products in any unsafe</w:t>
      </w:r>
      <w:r>
        <w:t xml:space="preserve"> condition, inclement weather or under environmental conditions outside the manufacturer's</w:t>
      </w:r>
      <w:r>
        <w:t xml:space="preserve"> recommended limits.</w:t>
      </w:r>
    </w:p>
    <w:p>
      <w:pPr>
        <w:keepLines/>
        <w:spacing w:line="245" w:lineRule="auto" w:after="0" w:before="140"/>
        <w:ind w:left="806" w:hanging="288"/>
      </w:pPr>
      <w:r>
        <w:rPr>
          <w:rFonts w:ascii="Arial Narrow" w:hAnsi="Arial Narrow"/>
          <w:sz w:val="18"/>
        </w:rPr>
        <w:t>B.</w:t>
      </w:r>
      <w:r>
        <w:t xml:space="preserve"> Deck supports specified are to be used with pedestrian traffic only. All four sides of the deck</w:t>
      </w:r>
      <w:r>
        <w:t xml:space="preserve"> system must restrain and contain the decking panels with perimeter blocking or walls.</w:t>
      </w:r>
      <w:r>
        <w:t xml:space="preserve"> Decking panels must not be allowed to move laterally.</w:t>
      </w:r>
    </w:p>
    <w:p>
      <w:pPr>
        <w:keepLines/>
        <w:spacing w:line="245" w:lineRule="auto" w:after="0" w:before="140"/>
        <w:ind w:left="806" w:hanging="288"/>
      </w:pPr>
      <w:r>
        <w:rPr>
          <w:rFonts w:ascii="Arial Narrow" w:hAnsi="Arial Narrow"/>
          <w:sz w:val="18"/>
        </w:rPr>
        <w:t>C.</w:t>
      </w:r>
      <w:r>
        <w:t xml:space="preserve"> All membrane waterproofing and protection board surfaces to receive pedestals must be</w:t>
      </w:r>
      <w:r>
        <w:t xml:space="preserve"> frost/ice free, and free of dirt, oil, debris, or any rough foreign matter, which may impair the</w:t>
      </w:r>
      <w:r>
        <w:t xml:space="preserve"> waterproofing / roofing manufacturers guarantee or protection requirements.</w:t>
      </w:r>
    </w:p>
    <w:p>
      <w:pPr>
        <w:keepLines/>
        <w:spacing w:line="245" w:lineRule="auto" w:after="0" w:before="140"/>
        <w:ind w:left="806" w:hanging="288"/>
      </w:pPr>
      <w:r>
        <w:rPr>
          <w:rFonts w:ascii="Arial Narrow" w:hAnsi="Arial Narrow"/>
          <w:sz w:val="18"/>
        </w:rPr>
        <w:t>D.</w:t>
      </w:r>
      <w:r>
        <w:t xml:space="preserve"> Installation or anticipated installation of additional heavy roof top feature such as, planters,</w:t>
      </w:r>
      <w:r>
        <w:t xml:space="preserve"> benches, water features, hot tubs, industrial equipment etc. must be supported directly by</w:t>
      </w:r>
      <w:r>
        <w:t xml:space="preserve"> additional pedestals that are in addition to the main deck paver pedestal system. Failure to</w:t>
      </w:r>
      <w:r>
        <w:t xml:space="preserve"> adequately support the additional weight of any such features or items may cause significant</w:t>
      </w:r>
      <w:r>
        <w:t xml:space="preserve"> damage to the deck, underlying structure, or waterproofing.</w:t>
      </w:r>
    </w:p>
    <w:p>
      <w:pPr>
        <w:keepLines/>
        <w:spacing w:line="245" w:lineRule="auto" w:after="0" w:before="140"/>
        <w:ind w:left="806" w:hanging="288"/>
      </w:pPr>
      <w:r>
        <w:rPr>
          <w:rFonts w:ascii="Arial Narrow" w:hAnsi="Arial Narrow"/>
          <w:sz w:val="18"/>
        </w:rPr>
        <w:t>E.</w:t>
      </w:r>
      <w:r>
        <w:t xml:space="preserve"> All decks shall be designed to not exceed the design capacity of the pedestal.</w:t>
      </w:r>
    </w:p>
    <w:p>
      <w:pPr>
        <w:keepLines/>
        <w:spacing w:line="245" w:lineRule="auto" w:after="0" w:before="140"/>
        <w:ind w:left="806" w:hanging="288"/>
      </w:pPr>
      <w:r>
        <w:rPr>
          <w:rFonts w:ascii="Arial Narrow" w:hAnsi="Arial Narrow"/>
          <w:sz w:val="18"/>
        </w:rPr>
        <w:t>F.</w:t>
      </w:r>
      <w:r>
        <w:t xml:space="preserve"> The substrate immediately below the pedestal supports shall provide positive and adequate</w:t>
      </w:r>
      <w:r>
        <w:t xml:space="preserve"> drainage in accordance with good building practice and applicable building codes.</w:t>
      </w:r>
    </w:p>
    <w:p>
      <w:pPr>
        <w:keepLines/>
        <w:spacing w:line="245" w:lineRule="auto" w:after="0" w:before="140"/>
        <w:ind w:left="806" w:hanging="288"/>
      </w:pPr>
      <w:r>
        <w:rPr>
          <w:rFonts w:ascii="Arial Narrow" w:hAnsi="Arial Narrow"/>
          <w:sz w:val="18"/>
        </w:rPr>
        <w:t>G.</w:t>
      </w:r>
      <w:r>
        <w:t xml:space="preserve"> Do not install Sky Deck Pedestal Paver System over any insulation less than 60psi or with</w:t>
      </w:r>
      <w:r>
        <w:t xml:space="preserve"> low-density polystyrene (bead board insulation).</w:t>
      </w:r>
    </w:p>
    <w:p>
      <w:pPr>
        <w:keepLines/>
        <w:spacing w:line="245" w:lineRule="auto" w:after="100" w:before="260"/>
        <w:ind w:left="0" w:firstLine="0"/>
      </w:pPr>
      <w:r>
        <w:rPr>
          <w:rFonts w:ascii="Arial Narrow" w:hAnsi="Arial Narrow"/>
          <w:sz w:val="18"/>
        </w:rPr>
        <w:t>1.8</w:t>
      </w:r>
      <w:r>
        <w:t xml:space="preserve">  WARRANTY</w:t>
      </w:r>
    </w:p>
    <w:p>
      <w:pPr>
        <w:keepLines/>
        <w:spacing w:line="245" w:lineRule="auto" w:after="0" w:before="0"/>
        <w:ind w:left="806" w:hanging="288"/>
      </w:pPr>
      <w:r>
        <w:rPr>
          <w:rFonts w:ascii="Arial Narrow" w:hAnsi="Arial Narrow"/>
          <w:sz w:val="18"/>
        </w:rPr>
        <w:t>A.</w:t>
      </w:r>
      <w:r>
        <w:t xml:space="preserve"> Manufacturer's Warranty: Paver and pedestal system manufacturer shall warrant the</w:t>
      </w:r>
      <w:r>
        <w:t xml:space="preserve"> materials to remain free from defects for a period of five (5) years.</w:t>
      </w:r>
    </w:p>
    <w:p>
      <w:pPr>
        <w:keepLines/>
        <w:spacing w:line="245" w:lineRule="auto" w:after="0" w:before="0"/>
        <w:ind w:left="1325" w:hanging="288"/>
      </w:pPr>
      <w:r>
        <w:rPr>
          <w:rFonts w:ascii="Arial Narrow" w:hAnsi="Arial Narrow"/>
          <w:sz w:val="18"/>
        </w:rPr>
        <w:t>1.</w:t>
      </w:r>
      <w:r>
        <w:t xml:space="preserve"> Ipe Wood Pavers: Limited 5 year warranty</w:t>
      </w:r>
    </w:p>
    <w:p>
      <w:pPr>
        <w:keepLines/>
        <w:spacing w:line="245" w:lineRule="auto" w:after="0" w:before="0"/>
        <w:ind w:left="1325" w:hanging="288"/>
      </w:pPr>
      <w:r>
        <w:rPr>
          <w:rFonts w:ascii="Arial Narrow" w:hAnsi="Arial Narrow"/>
          <w:sz w:val="18"/>
        </w:rPr>
        <w:t>2.</w:t>
      </w:r>
      <w:r>
        <w:t xml:space="preserve"> SkyJack Pedestal System: Limited 5 year warranty.</w:t>
      </w:r>
    </w:p>
    <w:p>
      <w:pPr>
        <w:keepLines/>
        <w:spacing w:line="245" w:lineRule="auto" w:after="0" w:before="140"/>
        <w:ind w:left="806" w:hanging="288"/>
      </w:pPr>
      <w:r>
        <w:rPr>
          <w:rFonts w:ascii="Arial Narrow" w:hAnsi="Arial Narrow"/>
          <w:sz w:val="17"/>
        </w:rPr>
        <w:t>B.</w:t>
      </w:r>
      <w:r>
        <w:t xml:space="preserve"> Contractor's Warranty: The contractor shall warrant the work to remain free from defects of</w:t>
      </w:r>
      <w:r>
        <w:t xml:space="preserve"> labor and materials used in conjunction with their work in accordance with the general</w:t>
      </w:r>
      <w:r>
        <w:t xml:space="preserve"> conditions for this project for a maximum period of two (2) years.</w:t>
      </w:r>
    </w:p>
    <w:p>
      <w:pPr>
        <w:keepLines/>
        <w:spacing w:line="245" w:lineRule="auto" w:after="100" w:before="260"/>
        <w:ind w:left="0" w:firstLine="0"/>
      </w:pPr>
      <w:r>
        <w:rPr>
          <w:rFonts w:ascii="Arial Narrow" w:hAnsi="Arial Narrow"/>
          <w:b/>
          <w:sz w:val="17"/>
        </w:rPr>
        <w:t>PART  2  PRODUCTS</w:t>
      </w:r>
    </w:p>
    <w:p>
      <w:pPr>
        <w:keepLines/>
        <w:spacing w:line="245" w:lineRule="auto" w:after="100" w:before="260"/>
        <w:ind w:left="0" w:firstLine="0"/>
      </w:pPr>
      <w:r>
        <w:rPr>
          <w:rFonts w:ascii="Arial Narrow" w:hAnsi="Arial Narrow"/>
          <w:sz w:val="17"/>
        </w:rPr>
        <w:t>2.1</w:t>
      </w:r>
      <w:r>
        <w:t xml:space="preserve">  MANUFACTURERS</w:t>
      </w:r>
    </w:p>
    <w:p>
      <w:pPr>
        <w:keepLines/>
        <w:spacing w:line="245" w:lineRule="auto" w:after="0" w:before="0"/>
        <w:ind w:left="806" w:hanging="288"/>
      </w:pPr>
      <w:r>
        <w:rPr>
          <w:rFonts w:ascii="Arial Narrow" w:hAnsi="Arial Narrow"/>
          <w:sz w:val="17"/>
        </w:rPr>
        <w:t>A.</w:t>
      </w:r>
      <w:r>
        <w:t xml:space="preserve"> Acceptable Manufacturer: SkyDeck USA, which is located at: 756 Eastridge Dr NE; Grand</w:t>
      </w:r>
      <w:r>
        <w:t xml:space="preserve"> Rapids, MI 49525; Tel: 502-230-3325; Email: request info (info@skydeckusa.com);</w:t>
      </w:r>
      <w:r>
        <w:t xml:space="preserve"> Web: https://skydeckusa.com</w:t>
      </w:r>
    </w:p>
    <w:p>
      <w:pPr>
        <w:keepLines/>
        <w:spacing w:line="245" w:lineRule="auto" w:after="0" w:before="140"/>
        <w:ind w:left="806" w:hanging="288"/>
      </w:pPr>
      <w:r>
        <w:rPr>
          <w:rFonts w:ascii="Arial Narrow" w:hAnsi="Arial Narrow"/>
          <w:sz w:val="17"/>
        </w:rPr>
        <w:t>B.</w:t>
      </w:r>
      <w:r>
        <w:t xml:space="preserve"> Substitutions: Not permitted.</w:t>
      </w:r>
    </w:p>
    <w:p>
      <w:pPr>
        <w:keepLines/>
        <w:spacing w:line="245" w:lineRule="auto" w:after="0" w:before="140"/>
        <w:ind w:left="806" w:hanging="288"/>
      </w:pPr>
      <w:r>
        <w:rPr>
          <w:rFonts w:ascii="Arial Narrow" w:hAnsi="Arial Narrow"/>
          <w:sz w:val="17"/>
        </w:rPr>
        <w:t>C.</w:t>
      </w:r>
      <w:r>
        <w:t xml:space="preserve"> Requests for substitutions will be considered in accordance with the provisions of Section 01</w:t>
      </w:r>
      <w:r>
        <w:t xml:space="preserve"> 60 00.</w:t>
      </w:r>
    </w:p>
    <w:p>
      <w:pPr>
        <w:keepLines/>
        <w:spacing w:line="245" w:lineRule="auto" w:after="100" w:before="260"/>
        <w:ind w:left="0" w:firstLine="0"/>
      </w:pPr>
      <w:r>
        <w:rPr>
          <w:rFonts w:ascii="Arial Narrow" w:hAnsi="Arial Narrow"/>
          <w:sz w:val="17"/>
        </w:rPr>
        <w:t>2.2</w:t>
      </w:r>
      <w:r>
        <w:t xml:space="preserve">  MATERIALS</w:t>
      </w:r>
    </w:p>
    <w:p>
      <w:pPr>
        <w:keepLines/>
        <w:spacing w:line="245" w:lineRule="auto" w:after="0" w:before="0"/>
        <w:ind w:left="806" w:hanging="288"/>
      </w:pPr>
      <w:r>
        <w:rPr>
          <w:rFonts w:ascii="Arial Narrow" w:hAnsi="Arial Narrow"/>
          <w:sz w:val="17"/>
        </w:rPr>
        <w:t>A.</w:t>
      </w:r>
      <w:r>
        <w:t xml:space="preserve"> SkyJack Adjustable Height and Slope Compensating Pedestals</w:t>
      </w:r>
    </w:p>
    <w:p>
      <w:pPr>
        <w:keepLines/>
        <w:spacing w:line="245" w:lineRule="auto" w:after="0" w:before="0"/>
        <w:ind w:left="1325" w:hanging="288"/>
      </w:pPr>
      <w:r>
        <w:rPr>
          <w:rFonts w:ascii="Arial Narrow" w:hAnsi="Arial Narrow"/>
          <w:sz w:val="17"/>
        </w:rPr>
        <w:t>1.</w:t>
      </w:r>
      <w:r>
        <w:t xml:space="preserve"> Material: Fully Recyclable High Density Copolymer Poly Propylene (HDCPP)</w:t>
      </w:r>
    </w:p>
    <w:p>
      <w:pPr>
        <w:keepLines/>
        <w:spacing w:line="245" w:lineRule="auto" w:after="0" w:before="0"/>
        <w:ind w:left="1843" w:hanging="288"/>
      </w:pPr>
      <w:r>
        <w:rPr>
          <w:rFonts w:ascii="Arial Narrow" w:hAnsi="Arial Narrow"/>
          <w:sz w:val="17"/>
        </w:rPr>
        <w:t>a.</w:t>
      </w:r>
      <w:r>
        <w:t xml:space="preserve"> Resistant to UV Radiance, Aging and Decay.</w:t>
      </w:r>
    </w:p>
    <w:p>
      <w:pPr>
        <w:keepLines/>
        <w:spacing w:line="245" w:lineRule="auto" w:after="0" w:before="0"/>
        <w:ind w:left="1325" w:hanging="288"/>
      </w:pPr>
      <w:r>
        <w:rPr>
          <w:rFonts w:ascii="Arial Narrow" w:hAnsi="Arial Narrow"/>
          <w:sz w:val="17"/>
        </w:rPr>
        <w:t>2.</w:t>
      </w:r>
      <w:r>
        <w:t xml:space="preserve"> Temperature Range: -20 to 200 degrees F (29 to 93 degrees C).</w:t>
      </w:r>
    </w:p>
    <w:p>
      <w:pPr>
        <w:keepLines/>
        <w:spacing w:line="245" w:lineRule="auto" w:after="0" w:before="0"/>
        <w:ind w:left="1325" w:hanging="288"/>
      </w:pPr>
      <w:r>
        <w:rPr>
          <w:rFonts w:ascii="Arial Narrow" w:hAnsi="Arial Narrow"/>
          <w:sz w:val="17"/>
        </w:rPr>
        <w:t>3.</w:t>
      </w:r>
      <w:r>
        <w:t xml:space="preserve"> Typical Height Range: 0 to 21 inches (0 to 533 mm).</w:t>
      </w:r>
    </w:p>
    <w:p>
      <w:pPr>
        <w:keepLines/>
        <w:spacing w:line="245" w:lineRule="auto" w:after="0" w:before="0"/>
        <w:ind w:left="1325" w:hanging="288"/>
      </w:pPr>
      <w:r>
        <w:rPr>
          <w:rFonts w:ascii="Arial Narrow" w:hAnsi="Arial Narrow"/>
          <w:sz w:val="17"/>
        </w:rPr>
        <w:t>4.</w:t>
      </w:r>
      <w:r>
        <w:t xml:space="preserve"> Pedestal Bracing System: For pedestal applications over 21-3/4 inches (552 mm) in</w:t>
      </w:r>
      <w:r>
        <w:t xml:space="preserve"> height.</w:t>
      </w:r>
    </w:p>
    <w:p>
      <w:pPr>
        <w:keepLines/>
        <w:spacing w:line="245" w:lineRule="auto" w:after="0" w:before="0"/>
        <w:ind w:left="1325" w:hanging="288"/>
      </w:pPr>
      <w:r>
        <w:rPr>
          <w:rFonts w:ascii="Arial Narrow" w:hAnsi="Arial Narrow"/>
          <w:sz w:val="17"/>
        </w:rPr>
        <w:t>5.</w:t>
      </w:r>
      <w:r>
        <w:t xml:space="preserve"> Weight Bearing Design Capacity: 2150 lbs (975 kg) per pedestal.</w:t>
      </w:r>
    </w:p>
    <w:p>
      <w:pPr>
        <w:keepLines/>
        <w:spacing w:line="245" w:lineRule="auto" w:after="0" w:before="0"/>
        <w:ind w:left="1325" w:hanging="288"/>
      </w:pPr>
      <w:r>
        <w:rPr>
          <w:rFonts w:ascii="Arial Narrow" w:hAnsi="Arial Narrow"/>
          <w:sz w:val="17"/>
        </w:rPr>
        <w:t>6.</w:t>
      </w:r>
      <w:r>
        <w:t xml:space="preserve"> Spacer Tabs: 3/16 inch (5 mm).</w:t>
      </w:r>
    </w:p>
    <w:p>
      <w:pPr>
        <w:keepLines/>
        <w:spacing w:line="245" w:lineRule="auto" w:after="0" w:before="0"/>
        <w:ind w:left="1325" w:hanging="288"/>
      </w:pPr>
      <w:r>
        <w:rPr>
          <w:rFonts w:ascii="Arial Narrow" w:hAnsi="Arial Narrow"/>
          <w:sz w:val="17"/>
        </w:rPr>
        <w:t>7.</w:t>
      </w:r>
      <w:r>
        <w:t xml:space="preserve"> Slope Stabilization Head: Compensates for slope up to 7 percent.</w:t>
      </w:r>
    </w:p>
    <w:p>
      <w:pPr>
        <w:keepLines/>
        <w:spacing w:line="245" w:lineRule="auto" w:after="0" w:before="0"/>
        <w:ind w:left="1325" w:hanging="288"/>
      </w:pPr>
      <w:r>
        <w:rPr>
          <w:rFonts w:ascii="Arial Narrow" w:hAnsi="Arial Narrow"/>
          <w:sz w:val="17"/>
        </w:rPr>
        <w:t>8.</w:t>
      </w:r>
      <w:r>
        <w:t xml:space="preserve"> Pedestal Components:</w:t>
      </w:r>
    </w:p>
    <w:p>
      <w:pPr>
        <w:keepLines/>
        <w:spacing w:line="245" w:lineRule="auto" w:after="0" w:before="0"/>
        <w:ind w:left="1843" w:hanging="288"/>
      </w:pPr>
      <w:r>
        <w:rPr>
          <w:rFonts w:ascii="Arial Narrow" w:hAnsi="Arial Narrow"/>
          <w:sz w:val="17"/>
        </w:rPr>
        <w:t>a.</w:t>
      </w:r>
      <w:r>
        <w:t xml:space="preserve"> Adjustable Pedestals:</w:t>
      </w:r>
    </w:p>
    <w:p>
      <w:pPr>
        <w:keepLines/>
        <w:spacing w:line="245" w:lineRule="auto" w:after="0" w:before="0"/>
        <w:ind w:left="2362" w:hanging="288"/>
      </w:pPr>
      <w:r>
        <w:rPr>
          <w:rFonts w:ascii="Arial Narrow" w:hAnsi="Arial Narrow"/>
          <w:sz w:val="17"/>
        </w:rPr>
        <w:t>1)</w:t>
      </w:r>
      <w:r>
        <w:t xml:space="preserve"> Model SD-XXS: A top screw and bottom screw sit on top of one another.</w:t>
      </w:r>
      <w:r>
        <w:t xml:space="preserve"> a)</w:t>
      </w:r>
      <w:r>
        <w:t xml:space="preserve"> Height Adjustment: Twist 8 ergonomic handles to adjust height in</w:t>
      </w:r>
      <w:r>
        <w:t xml:space="preserve"> 0.04 inch (1 mm) increments.</w:t>
      </w:r>
      <w:r>
        <w:t xml:space="preserve"> b)</w:t>
      </w:r>
      <w:r>
        <w:t xml:space="preserve"> Adjustment Range: 1/3 to 5/8 inches (8.5 to 16 mm).</w:t>
      </w:r>
    </w:p>
    <w:p>
      <w:pPr>
        <w:keepLines/>
        <w:spacing w:line="245" w:lineRule="auto" w:after="0" w:before="0"/>
        <w:ind w:left="2362" w:hanging="288"/>
      </w:pPr>
      <w:r>
        <w:rPr>
          <w:rFonts w:ascii="Arial Narrow" w:hAnsi="Arial Narrow"/>
          <w:sz w:val="17"/>
        </w:rPr>
        <w:t>2)</w:t>
      </w:r>
      <w:r>
        <w:t xml:space="preserve"> Model SD-XS: A top screw and bottom screw that sit on top of one</w:t>
      </w:r>
      <w:r>
        <w:t xml:space="preserve"> another.</w:t>
      </w:r>
      <w:r>
        <w:t xml:space="preserve"> a)</w:t>
      </w:r>
      <w:r>
        <w:t xml:space="preserve"> Height Adjustment: Twist 8 ergonomic handles to adjust height in</w:t>
      </w:r>
      <w:r>
        <w:t xml:space="preserve"> 0.04 inch (1 mm) increments.</w:t>
      </w:r>
      <w:r>
        <w:t xml:space="preserve"> b)</w:t>
      </w:r>
      <w:r>
        <w:t xml:space="preserve"> Adjustment Range: 5/8 to 1-1/4 inches (16 to 32 mm).</w:t>
      </w:r>
    </w:p>
    <w:p>
      <w:pPr>
        <w:keepLines/>
        <w:spacing w:line="245" w:lineRule="auto" w:after="0" w:before="0"/>
        <w:ind w:left="2362" w:hanging="288"/>
      </w:pPr>
      <w:r>
        <w:rPr>
          <w:rFonts w:ascii="Arial Narrow" w:hAnsi="Arial Narrow"/>
          <w:sz w:val="17"/>
        </w:rPr>
        <w:t>3)</w:t>
      </w:r>
      <w:r>
        <w:t xml:space="preserve"> Model SD-S: A base, screw ring, screw, and spacer tabs.</w:t>
      </w:r>
      <w:r>
        <w:t xml:space="preserve"> a)</w:t>
      </w:r>
      <w:r>
        <w:t xml:space="preserve"> Height Adjustment: Twist 4 ergonomic handles to adjust height.</w:t>
      </w:r>
      <w:r>
        <w:t xml:space="preserve"> b)</w:t>
      </w:r>
      <w:r>
        <w:t xml:space="preserve"> Adjustment Range: 1-1/4 to 1-3/4 inches (32 to 44 mm).</w:t>
      </w:r>
    </w:p>
    <w:p>
      <w:pPr>
        <w:keepLines/>
        <w:spacing w:line="245" w:lineRule="auto" w:after="0" w:before="0"/>
        <w:ind w:left="2362" w:hanging="288"/>
      </w:pPr>
      <w:r>
        <w:rPr>
          <w:rFonts w:ascii="Arial Narrow" w:hAnsi="Arial Narrow"/>
          <w:sz w:val="17"/>
        </w:rPr>
        <w:t>4)</w:t>
      </w:r>
      <w:r>
        <w:t xml:space="preserve"> Model SD-M: A base, screw ring, screw, and spacer tabs.</w:t>
      </w:r>
      <w:r>
        <w:t xml:space="preserve"> a)</w:t>
      </w:r>
      <w:r>
        <w:t xml:space="preserve"> Comes in one assembled piece with spacer tabs in a separate</w:t>
      </w:r>
      <w:r>
        <w:t xml:space="preserve"> bag.</w:t>
      </w:r>
      <w:r>
        <w:t xml:space="preserve"> b)</w:t>
      </w:r>
      <w:r>
        <w:t xml:space="preserve"> Height Adjustment: Made by twisting the ergonomic handles, using</w:t>
      </w:r>
      <w:r>
        <w:t xml:space="preserve"> the hand tool or the drill bit tool.</w:t>
      </w:r>
      <w:r>
        <w:t xml:space="preserve"> c)</w:t>
      </w:r>
      <w:r>
        <w:t xml:space="preserve"> Adjustment Range: 1.75 to 2.95 inches (44 to 75 mm).</w:t>
      </w:r>
    </w:p>
    <w:p>
      <w:pPr>
        <w:keepLines/>
        <w:spacing w:line="245" w:lineRule="auto" w:after="0" w:before="0"/>
        <w:ind w:left="2362" w:hanging="288"/>
      </w:pPr>
      <w:r>
        <w:rPr>
          <w:rFonts w:ascii="Arial Narrow" w:hAnsi="Arial Narrow"/>
          <w:sz w:val="17"/>
        </w:rPr>
        <w:t>5)</w:t>
      </w:r>
      <w:r>
        <w:t xml:space="preserve"> Model SD-L: A base, screw ring, screw, and spacer tabs.</w:t>
      </w:r>
      <w:r>
        <w:t xml:space="preserve"> a)</w:t>
      </w:r>
      <w:r>
        <w:t xml:space="preserve"> Comes in one assembled piece with spacer tabs in a separate</w:t>
      </w:r>
      <w:r>
        <w:t xml:space="preserve"> bag.</w:t>
      </w:r>
      <w:r>
        <w:t xml:space="preserve"> b)</w:t>
      </w:r>
      <w:r>
        <w:t xml:space="preserve"> Height Adjustment: Made by twisting the ergonomic handles, using</w:t>
      </w:r>
      <w:r>
        <w:t xml:space="preserve"> the hand tool or the drill bit tool.</w:t>
      </w:r>
      <w:r>
        <w:t xml:space="preserve"> c)</w:t>
      </w:r>
      <w:r>
        <w:t xml:space="preserve"> Adjustment Range: 2.95 to 5.9 inches (75 to 150 mm).</w:t>
      </w:r>
    </w:p>
    <w:p>
      <w:pPr>
        <w:keepLines/>
        <w:spacing w:line="245" w:lineRule="auto" w:after="0" w:before="0"/>
        <w:ind w:left="2362" w:hanging="288"/>
      </w:pPr>
      <w:r>
        <w:rPr>
          <w:rFonts w:ascii="Arial Narrow" w:hAnsi="Arial Narrow"/>
          <w:sz w:val="17"/>
        </w:rPr>
        <w:t>6)</w:t>
      </w:r>
      <w:r>
        <w:t xml:space="preserve"> Model SD-XL: A base, screw ring, screw, and spacer tabs.</w:t>
      </w:r>
      <w:r>
        <w:t xml:space="preserve"> a)</w:t>
      </w:r>
      <w:r>
        <w:t xml:space="preserve"> Comes in one assembled piece with spacer tabs in a separate</w:t>
      </w:r>
      <w:r>
        <w:t xml:space="preserve"> bag.</w:t>
      </w:r>
      <w:r>
        <w:t xml:space="preserve"> b)</w:t>
      </w:r>
      <w:r>
        <w:t xml:space="preserve"> Height Adjustment: Made by twisting the ergonomic handles, using</w:t>
      </w:r>
      <w:r>
        <w:t xml:space="preserve"> the hand tool or the drill bit tool.</w:t>
      </w:r>
      <w:r>
        <w:t xml:space="preserve"> c)</w:t>
      </w:r>
      <w:r>
        <w:t xml:space="preserve"> Adjustment Range: 5.9 to 13.75 inches (150 to 349 mm).</w:t>
      </w:r>
    </w:p>
    <w:p>
      <w:pPr>
        <w:keepLines/>
        <w:spacing w:line="245" w:lineRule="auto" w:after="0" w:before="0"/>
        <w:ind w:left="1843" w:hanging="288"/>
      </w:pPr>
      <w:r>
        <w:rPr>
          <w:rFonts w:ascii="Arial Narrow" w:hAnsi="Arial Narrow"/>
          <w:sz w:val="17"/>
        </w:rPr>
        <w:t>b.</w:t>
      </w:r>
      <w:r>
        <w:t xml:space="preserve"> Extender Sleeve:</w:t>
      </w:r>
    </w:p>
    <w:p>
      <w:pPr>
        <w:keepLines/>
        <w:spacing w:line="245" w:lineRule="auto" w:after="0" w:before="0"/>
        <w:ind w:left="2362" w:hanging="288"/>
      </w:pPr>
      <w:r>
        <w:rPr>
          <w:rFonts w:ascii="Arial Narrow" w:hAnsi="Arial Narrow"/>
          <w:sz w:val="17"/>
        </w:rPr>
        <w:t>1)</w:t>
      </w:r>
      <w:r>
        <w:t xml:space="preserve"> Model SD-XL-EXT. Used to increase the height range of SD-XL</w:t>
      </w:r>
      <w:r>
        <w:t xml:space="preserve"> pedestals.</w:t>
      </w:r>
      <w:r>
        <w:t xml:space="preserve"> a)</w:t>
      </w:r>
      <w:r>
        <w:t xml:space="preserve"> Screws into the SD-XL pedestal base.</w:t>
      </w:r>
      <w:r>
        <w:t xml:space="preserve"> b)</w:t>
      </w:r>
      <w:r>
        <w:t xml:space="preserve"> The screw head is applied to the extender top.</w:t>
      </w:r>
    </w:p>
    <w:p>
      <w:pPr>
        <w:keepLines/>
        <w:spacing w:line="245" w:lineRule="auto" w:after="0" w:before="0"/>
        <w:ind w:left="2362" w:hanging="288"/>
      </w:pPr>
      <w:r>
        <w:rPr>
          <w:rFonts w:ascii="Arial Narrow" w:hAnsi="Arial Narrow"/>
          <w:sz w:val="17"/>
        </w:rPr>
        <w:t>2)</w:t>
      </w:r>
      <w:r>
        <w:t xml:space="preserve"> Pedestal Heights Greater than 21-3/4 inches (552 mm): Use Skydeck</w:t>
      </w:r>
      <w:r>
        <w:t xml:space="preserve"> USA steel strapping system to stabilize pedestals.</w:t>
      </w:r>
    </w:p>
    <w:p>
      <w:pPr>
        <w:keepLines/>
        <w:spacing w:line="245" w:lineRule="auto" w:after="0" w:before="0"/>
        <w:ind w:left="1843" w:hanging="288"/>
      </w:pPr>
      <w:r>
        <w:rPr>
          <w:rFonts w:ascii="Arial Narrow" w:hAnsi="Arial Narrow"/>
          <w:sz w:val="17"/>
        </w:rPr>
        <w:t>c.</w:t>
      </w:r>
      <w:r>
        <w:t xml:space="preserve"> Base Slope Corrector:</w:t>
      </w:r>
    </w:p>
    <w:p>
      <w:pPr>
        <w:keepLines/>
        <w:spacing w:line="245" w:lineRule="auto" w:after="0" w:before="0"/>
        <w:ind w:left="2362" w:hanging="288"/>
      </w:pPr>
      <w:r>
        <w:rPr>
          <w:rFonts w:ascii="Arial Narrow" w:hAnsi="Arial Narrow"/>
          <w:sz w:val="17"/>
        </w:rPr>
        <w:t>1)</w:t>
      </w:r>
      <w:r>
        <w:t xml:space="preserve"> Model SD-SC. Placed underneath the SD-M, SD-L and SD-XL pedestals</w:t>
      </w:r>
      <w:r>
        <w:t xml:space="preserve"> to compensate for slopes up to 8 percent.</w:t>
      </w:r>
      <w:r>
        <w:t xml:space="preserve"> a)</w:t>
      </w:r>
      <w:r>
        <w:t xml:space="preserve"> Twist to adjust the slope correction from 0 to 8 percent.</w:t>
      </w:r>
    </w:p>
    <w:p>
      <w:pPr>
        <w:keepLines/>
        <w:spacing w:line="245" w:lineRule="auto" w:after="0" w:before="0"/>
        <w:ind w:left="1843" w:hanging="288"/>
      </w:pPr>
      <w:r>
        <w:rPr>
          <w:rFonts w:ascii="Arial Narrow" w:hAnsi="Arial Narrow"/>
          <w:sz w:val="17"/>
        </w:rPr>
        <w:t>d.</w:t>
      </w:r>
      <w:r>
        <w:t xml:space="preserve"> Head, Self -Leveling: Used for installations where slope is present. Upper and</w:t>
      </w:r>
      <w:r>
        <w:t xml:space="preserve"> lower pieces.</w:t>
      </w:r>
    </w:p>
    <w:p>
      <w:pPr>
        <w:keepLines/>
        <w:spacing w:line="245" w:lineRule="auto" w:after="0" w:before="0"/>
        <w:ind w:left="2362" w:hanging="288"/>
      </w:pPr>
      <w:r>
        <w:rPr>
          <w:rFonts w:ascii="Arial Narrow" w:hAnsi="Arial Narrow"/>
          <w:sz w:val="17"/>
        </w:rPr>
        <w:t>1)</w:t>
      </w:r>
      <w:r>
        <w:t xml:space="preserve"> Model SD-XL-SLH:</w:t>
      </w:r>
    </w:p>
    <w:p>
      <w:pPr>
        <w:keepLines/>
        <w:spacing w:line="245" w:lineRule="auto" w:after="0" w:before="0"/>
        <w:ind w:left="2362" w:hanging="288"/>
      </w:pPr>
      <w:r>
        <w:rPr>
          <w:rFonts w:ascii="Arial Narrow" w:hAnsi="Arial Narrow"/>
          <w:sz w:val="17"/>
        </w:rPr>
        <w:t>2)</w:t>
      </w:r>
      <w:r>
        <w:t xml:space="preserve"> The lower piece locks onto the Screw. The upper piece is put into the</w:t>
      </w:r>
      <w:r>
        <w:t xml:space="preserve"> lower part of the head. The Head automatically adjusts to be level under</w:t>
      </w:r>
      <w:r>
        <w:t xml:space="preserve"> applied loads.</w:t>
      </w:r>
    </w:p>
    <w:p>
      <w:pPr>
        <w:keepLines/>
        <w:spacing w:line="245" w:lineRule="auto" w:after="0" w:before="0"/>
        <w:ind w:left="1843" w:hanging="288"/>
      </w:pPr>
      <w:r>
        <w:rPr>
          <w:rFonts w:ascii="Arial Narrow" w:hAnsi="Arial Narrow"/>
          <w:sz w:val="17"/>
        </w:rPr>
        <w:t>e.</w:t>
      </w:r>
      <w:r>
        <w:t xml:space="preserve"> Regulation Shim: Used to eliminate uneven pavers and to compensate small</w:t>
      </w:r>
      <w:r>
        <w:t xml:space="preserve"> differences in height of terrace pavers. Can be cut into halves and quarters, as</w:t>
      </w:r>
      <w:r>
        <w:t xml:space="preserve"> necessary.</w:t>
      </w:r>
    </w:p>
    <w:p>
      <w:pPr>
        <w:keepLines/>
        <w:spacing w:line="245" w:lineRule="auto" w:after="0" w:before="0"/>
        <w:ind w:left="2362" w:hanging="288"/>
      </w:pPr>
      <w:r>
        <w:rPr>
          <w:rFonts w:ascii="Arial Narrow" w:hAnsi="Arial Narrow"/>
          <w:sz w:val="17"/>
        </w:rPr>
        <w:t>1)</w:t>
      </w:r>
      <w:r>
        <w:t xml:space="preserve"> Model SD-SH2. Used with SD-00 and stackable pedestals.</w:t>
      </w:r>
    </w:p>
    <w:p>
      <w:pPr>
        <w:keepLines/>
        <w:spacing w:line="245" w:lineRule="auto" w:after="0" w:before="0"/>
        <w:ind w:left="2362" w:hanging="288"/>
      </w:pPr>
      <w:r>
        <w:rPr>
          <w:rFonts w:ascii="Arial Narrow" w:hAnsi="Arial Narrow"/>
          <w:sz w:val="17"/>
        </w:rPr>
        <w:t>2)</w:t>
      </w:r>
      <w:r>
        <w:t xml:space="preserve"> Model SD-XL-SH2. Used with all adjustable pedestals.</w:t>
      </w:r>
    </w:p>
    <w:p>
      <w:pPr>
        <w:keepLines/>
        <w:spacing w:line="245" w:lineRule="auto" w:after="0" w:before="0"/>
        <w:ind w:left="2362" w:hanging="288"/>
      </w:pPr>
      <w:r>
        <w:rPr>
          <w:rFonts w:ascii="Arial Narrow" w:hAnsi="Arial Narrow"/>
          <w:sz w:val="17"/>
        </w:rPr>
        <w:t>3)</w:t>
      </w:r>
      <w:r>
        <w:t xml:space="preserve"> Thickness: 1/16 inches (1.6 mm).</w:t>
      </w:r>
    </w:p>
    <w:p>
      <w:pPr>
        <w:keepLines/>
        <w:spacing w:line="245" w:lineRule="auto" w:after="0" w:before="0"/>
        <w:ind w:left="1843" w:hanging="288"/>
      </w:pPr>
      <w:r>
        <w:rPr>
          <w:rFonts w:ascii="Arial Narrow" w:hAnsi="Arial Narrow"/>
          <w:sz w:val="17"/>
        </w:rPr>
        <w:t>f.</w:t>
      </w:r>
      <w:r>
        <w:t xml:space="preserve"> Deck Joist Adapter: for mounting and supporting deck joists.</w:t>
      </w:r>
    </w:p>
    <w:p>
      <w:pPr>
        <w:keepLines/>
        <w:spacing w:line="245" w:lineRule="auto" w:after="0" w:before="0"/>
        <w:ind w:left="2362" w:hanging="288"/>
      </w:pPr>
      <w:r>
        <w:rPr>
          <w:rFonts w:ascii="Arial Narrow" w:hAnsi="Arial Narrow"/>
          <w:sz w:val="17"/>
        </w:rPr>
        <w:t>1)</w:t>
      </w:r>
      <w:r>
        <w:t xml:space="preserve"> SC-AD</w:t>
      </w:r>
    </w:p>
    <w:p>
      <w:pPr>
        <w:keepLines/>
        <w:spacing w:line="245" w:lineRule="auto" w:after="0" w:before="140"/>
        <w:ind w:left="806" w:hanging="288"/>
      </w:pPr>
      <w:r>
        <w:rPr>
          <w:rFonts w:ascii="Arial Narrow" w:hAnsi="Arial Narrow"/>
          <w:sz w:val="17"/>
        </w:rPr>
        <w:t>B.</w:t>
      </w:r>
      <w:r>
        <w:t xml:space="preserve"> SkyWalk IPE Wood Deck Tiles:</w:t>
      </w:r>
    </w:p>
    <w:p>
      <w:pPr>
        <w:keepLines/>
        <w:spacing w:line="245" w:lineRule="auto" w:after="0" w:before="0"/>
        <w:ind w:left="1325" w:hanging="288"/>
      </w:pPr>
      <w:r>
        <w:rPr>
          <w:rFonts w:ascii="Arial Narrow" w:hAnsi="Arial Narrow"/>
          <w:sz w:val="17"/>
        </w:rPr>
        <w:t>1.</w:t>
      </w:r>
      <w:r>
        <w:t xml:space="preserve"> Type: IPE Wood Deck Tiles.</w:t>
      </w:r>
    </w:p>
    <w:p>
      <w:pPr>
        <w:keepLines/>
        <w:spacing w:line="245" w:lineRule="auto" w:after="0" w:before="0"/>
        <w:ind w:left="1325" w:hanging="288"/>
      </w:pPr>
      <w:r>
        <w:rPr>
          <w:rFonts w:ascii="Arial Narrow" w:hAnsi="Arial Narrow"/>
          <w:sz w:val="17"/>
        </w:rPr>
        <w:t>2.</w:t>
      </w:r>
      <w:r>
        <w:t xml:space="preserve"> Wood Type: Brazilian hardwood slats. Thickness: 13/16 inches (21 mm).</w:t>
      </w:r>
    </w:p>
    <w:p>
      <w:pPr>
        <w:keepLines/>
        <w:spacing w:line="245" w:lineRule="auto" w:after="0" w:before="0"/>
        <w:ind w:left="1325" w:hanging="288"/>
      </w:pPr>
      <w:r>
        <w:rPr>
          <w:rFonts w:ascii="Arial Narrow" w:hAnsi="Arial Narrow"/>
          <w:sz w:val="17"/>
        </w:rPr>
        <w:t>3.</w:t>
      </w:r>
      <w:r>
        <w:t xml:space="preserve"> Construction: Slats are screwed to three solid wood battens using stainless steel</w:t>
      </w:r>
      <w:r>
        <w:t xml:space="preserve"> screws.</w:t>
      </w:r>
    </w:p>
    <w:p>
      <w:pPr>
        <w:keepLines/>
        <w:spacing w:line="245" w:lineRule="auto" w:after="0" w:before="0"/>
        <w:ind w:left="1325" w:hanging="288"/>
      </w:pPr>
      <w:r>
        <w:rPr>
          <w:rFonts w:ascii="Arial Narrow" w:hAnsi="Arial Narrow"/>
          <w:sz w:val="17"/>
        </w:rPr>
        <w:t>4.</w:t>
      </w:r>
      <w:r>
        <w:t xml:space="preserve"> Color: Natural product comes in one color found in nature.</w:t>
      </w:r>
    </w:p>
    <w:p>
      <w:pPr>
        <w:keepLines/>
        <w:spacing w:line="245" w:lineRule="auto" w:after="0" w:before="0"/>
        <w:ind w:left="1325" w:hanging="288"/>
      </w:pPr>
      <w:r>
        <w:rPr>
          <w:rFonts w:ascii="Arial Narrow" w:hAnsi="Arial Narrow"/>
          <w:sz w:val="17"/>
        </w:rPr>
        <w:t>5.</w:t>
      </w:r>
      <w:r>
        <w:t xml:space="preserve"> Covered Area: 24 x 24 inches (610 x 610 mm).</w:t>
      </w:r>
    </w:p>
    <w:p>
      <w:pPr>
        <w:keepLines/>
        <w:spacing w:line="245" w:lineRule="auto" w:after="0" w:before="0"/>
        <w:ind w:left="1325" w:hanging="288"/>
      </w:pPr>
      <w:r>
        <w:rPr>
          <w:rFonts w:ascii="Arial Narrow" w:hAnsi="Arial Narrow"/>
          <w:sz w:val="17"/>
        </w:rPr>
        <w:t>6.</w:t>
      </w:r>
      <w:r>
        <w:t xml:space="preserve"> Tile Size: 23-5/8 x 23-5/8 inches (600 x 600 mm).</w:t>
      </w:r>
    </w:p>
    <w:p>
      <w:pPr>
        <w:keepLines/>
        <w:spacing w:line="245" w:lineRule="auto" w:after="0" w:before="0"/>
        <w:ind w:left="1325" w:hanging="288"/>
      </w:pPr>
      <w:r>
        <w:rPr>
          <w:rFonts w:ascii="Arial Narrow" w:hAnsi="Arial Narrow"/>
          <w:sz w:val="17"/>
        </w:rPr>
        <w:t>7.</w:t>
      </w:r>
      <w:r>
        <w:t xml:space="preserve"> Tile Height: 1-1/2 inches (38 mm).</w:t>
      </w:r>
    </w:p>
    <w:p>
      <w:pPr>
        <w:keepLines/>
        <w:spacing w:line="245" w:lineRule="auto" w:after="0" w:before="0"/>
        <w:ind w:left="1325" w:hanging="288"/>
      </w:pPr>
      <w:r>
        <w:rPr>
          <w:rFonts w:ascii="Arial Narrow" w:hAnsi="Arial Narrow"/>
          <w:sz w:val="17"/>
        </w:rPr>
        <w:t>8.</w:t>
      </w:r>
      <w:r>
        <w:t xml:space="preserve"> Wood Thickness: 13/16 inches (21 mm).</w:t>
      </w:r>
    </w:p>
    <w:p>
      <w:pPr>
        <w:keepLines/>
        <w:spacing w:line="245" w:lineRule="auto" w:after="0" w:before="0"/>
        <w:ind w:left="1325" w:hanging="288"/>
      </w:pPr>
      <w:r>
        <w:rPr>
          <w:rFonts w:ascii="Arial Narrow" w:hAnsi="Arial Narrow"/>
          <w:sz w:val="17"/>
        </w:rPr>
        <w:t>9.</w:t>
      </w:r>
      <w:r>
        <w:t xml:space="preserve"> Slats per Tile: 8.</w:t>
      </w:r>
    </w:p>
    <w:p>
      <w:pPr>
        <w:keepLines/>
        <w:spacing w:line="245" w:lineRule="auto" w:after="0" w:before="0"/>
        <w:ind w:left="1325" w:hanging="288"/>
      </w:pPr>
      <w:r>
        <w:rPr>
          <w:rFonts w:ascii="Arial Narrow" w:hAnsi="Arial Narrow"/>
          <w:sz w:val="17"/>
        </w:rPr>
        <w:t>10.</w:t>
      </w:r>
      <w:r>
        <w:t xml:space="preserve"> Width of Slats: 2-7/8 inches (73 mm).</w:t>
      </w:r>
    </w:p>
    <w:p>
      <w:pPr>
        <w:keepLines/>
        <w:spacing w:line="245" w:lineRule="auto" w:after="0" w:before="0"/>
        <w:ind w:left="1325" w:hanging="288"/>
      </w:pPr>
      <w:r>
        <w:rPr>
          <w:rFonts w:ascii="Arial Narrow" w:hAnsi="Arial Narrow"/>
          <w:sz w:val="17"/>
        </w:rPr>
        <w:t>11.</w:t>
      </w:r>
      <w:r>
        <w:t xml:space="preserve"> Ends and Sides Finish: S4S E4E. Radius: 1/8 inches (3 mm).</w:t>
      </w:r>
    </w:p>
    <w:p>
      <w:pPr>
        <w:keepLines/>
        <w:spacing w:line="245" w:lineRule="auto" w:after="0" w:before="0"/>
        <w:ind w:left="1325" w:hanging="288"/>
      </w:pPr>
      <w:r>
        <w:rPr>
          <w:rFonts w:ascii="Arial Narrow" w:hAnsi="Arial Narrow"/>
          <w:sz w:val="17"/>
        </w:rPr>
        <w:t>12.</w:t>
      </w:r>
      <w:r>
        <w:t xml:space="preserve"> Tile Weight: 23.5 lbs (10.66 kg).</w:t>
      </w:r>
    </w:p>
    <w:p>
      <w:pPr>
        <w:keepLines/>
        <w:spacing w:line="245" w:lineRule="auto" w:after="0" w:before="0"/>
        <w:ind w:left="1325" w:hanging="288"/>
      </w:pPr>
      <w:r>
        <w:rPr>
          <w:rFonts w:ascii="Arial Narrow" w:hAnsi="Arial Narrow"/>
          <w:sz w:val="17"/>
        </w:rPr>
        <w:t>13.</w:t>
      </w:r>
      <w:r>
        <w:t xml:space="preserve"> Surface Finish:</w:t>
      </w:r>
    </w:p>
    <w:p>
      <w:pPr>
        <w:keepLines/>
        <w:spacing w:line="245" w:lineRule="auto" w:after="0" w:before="0"/>
        <w:ind w:left="1843" w:hanging="288"/>
      </w:pPr>
      <w:r>
        <w:rPr>
          <w:rFonts w:ascii="Arial Narrow" w:hAnsi="Arial Narrow"/>
          <w:sz w:val="17"/>
        </w:rPr>
        <w:t>a.</w:t>
      </w:r>
      <w:r>
        <w:t xml:space="preserve"> Ends: Waxed with paraffin.</w:t>
      </w:r>
    </w:p>
    <w:p>
      <w:pPr>
        <w:keepLines/>
        <w:spacing w:line="245" w:lineRule="auto" w:after="0" w:before="0"/>
        <w:ind w:left="1843" w:hanging="288"/>
      </w:pPr>
      <w:r>
        <w:rPr>
          <w:rFonts w:ascii="Arial Narrow" w:hAnsi="Arial Narrow"/>
          <w:sz w:val="17"/>
        </w:rPr>
        <w:t>b.</w:t>
      </w:r>
      <w:r>
        <w:t xml:space="preserve"> Slats: With machined finish and wood not coated with oil.</w:t>
      </w:r>
    </w:p>
    <w:p>
      <w:pPr>
        <w:keepLines/>
        <w:spacing w:line="245" w:lineRule="auto" w:after="0" w:before="0"/>
        <w:ind w:left="1325" w:hanging="288"/>
      </w:pPr>
      <w:r>
        <w:rPr>
          <w:rFonts w:ascii="Arial Narrow" w:hAnsi="Arial Narrow"/>
          <w:sz w:val="17"/>
        </w:rPr>
        <w:t>14.</w:t>
      </w:r>
      <w:r>
        <w:t xml:space="preserve"> Common name: Ipe.</w:t>
      </w:r>
    </w:p>
    <w:p>
      <w:pPr>
        <w:keepLines/>
        <w:spacing w:line="245" w:lineRule="auto" w:after="0" w:before="0"/>
        <w:ind w:left="1325" w:hanging="288"/>
      </w:pPr>
      <w:r>
        <w:rPr>
          <w:rFonts w:ascii="Arial Narrow" w:hAnsi="Arial Narrow"/>
          <w:sz w:val="17"/>
        </w:rPr>
        <w:t>15.</w:t>
      </w:r>
      <w:r>
        <w:t xml:space="preserve"> Botanical Name: Tabebuia sp.</w:t>
      </w:r>
    </w:p>
    <w:p>
      <w:pPr>
        <w:keepLines/>
        <w:spacing w:line="245" w:lineRule="auto" w:after="0" w:before="0"/>
        <w:ind w:left="1325" w:hanging="288"/>
      </w:pPr>
      <w:r>
        <w:rPr>
          <w:rFonts w:ascii="Arial Narrow" w:hAnsi="Arial Narrow"/>
          <w:sz w:val="17"/>
        </w:rPr>
        <w:t>16.</w:t>
      </w:r>
      <w:r>
        <w:t xml:space="preserve"> Color: Typically reddish brown color, but can vary from olive brown to blackish, often</w:t>
      </w:r>
      <w:r>
        <w:t xml:space="preserve"> with lighter or darker striping.</w:t>
      </w:r>
    </w:p>
    <w:p>
      <w:pPr>
        <w:keepLines/>
        <w:spacing w:line="245" w:lineRule="auto" w:after="0" w:before="0"/>
        <w:ind w:left="1325" w:hanging="288"/>
      </w:pPr>
      <w:r>
        <w:rPr>
          <w:rFonts w:ascii="Arial Narrow" w:hAnsi="Arial Narrow"/>
          <w:sz w:val="17"/>
        </w:rPr>
        <w:t>17.</w:t>
      </w:r>
      <w:r>
        <w:t xml:space="preserve"> Grain: Fine to medium texture, grain always interlocked, sometimes very highly oily</w:t>
      </w:r>
      <w:r>
        <w:t xml:space="preserve"> looking.</w:t>
      </w:r>
    </w:p>
    <w:p>
      <w:pPr>
        <w:keepLines/>
        <w:spacing w:line="245" w:lineRule="auto" w:after="0" w:before="0"/>
        <w:ind w:left="1325" w:hanging="288"/>
      </w:pPr>
      <w:r>
        <w:rPr>
          <w:rFonts w:ascii="Arial Narrow" w:hAnsi="Arial Narrow"/>
          <w:sz w:val="17"/>
        </w:rPr>
        <w:t>18.</w:t>
      </w:r>
      <w:r>
        <w:t xml:space="preserve"> Density at 12 percent moisture: 65.55 to 73.66 lbs per cu ft (1050 to 1180 kg per cu</w:t>
      </w:r>
      <w:r>
        <w:t xml:space="preserve"> m).</w:t>
      </w:r>
    </w:p>
    <w:p>
      <w:pPr>
        <w:keepLines/>
        <w:spacing w:line="245" w:lineRule="auto" w:after="0" w:before="0"/>
        <w:ind w:left="1325" w:hanging="288"/>
      </w:pPr>
      <w:r>
        <w:rPr>
          <w:rFonts w:ascii="Arial Narrow" w:hAnsi="Arial Narrow"/>
          <w:sz w:val="17"/>
        </w:rPr>
        <w:t>19.</w:t>
      </w:r>
      <w:r>
        <w:t xml:space="preserve"> Durability: Class A.</w:t>
      </w:r>
    </w:p>
    <w:p>
      <w:pPr>
        <w:keepLines/>
        <w:spacing w:line="245" w:lineRule="auto" w:after="0" w:before="0"/>
        <w:ind w:left="1325" w:hanging="288"/>
      </w:pPr>
      <w:r>
        <w:rPr>
          <w:rFonts w:ascii="Arial Narrow" w:hAnsi="Arial Narrow"/>
          <w:sz w:val="18"/>
        </w:rPr>
        <w:t>20.</w:t>
      </w:r>
      <w:r>
        <w:t xml:space="preserve"> Fire rating: Class A.</w:t>
      </w:r>
    </w:p>
    <w:p>
      <w:pPr>
        <w:keepLines/>
        <w:spacing w:line="245" w:lineRule="auto" w:after="0" w:before="0"/>
        <w:ind w:left="1325" w:hanging="288"/>
      </w:pPr>
      <w:r>
        <w:rPr>
          <w:rFonts w:ascii="Arial Narrow" w:hAnsi="Arial Narrow"/>
          <w:sz w:val="18"/>
        </w:rPr>
        <w:t>21.</w:t>
      </w:r>
      <w:r>
        <w:t xml:space="preserve"> Hardness (Janka): 3680 (very hard)</w:t>
      </w:r>
    </w:p>
    <w:p>
      <w:pPr>
        <w:keepLines/>
        <w:spacing w:line="245" w:lineRule="auto" w:after="0" w:before="0"/>
        <w:ind w:left="1325" w:hanging="288"/>
      </w:pPr>
      <w:r>
        <w:rPr>
          <w:rFonts w:ascii="Arial Narrow" w:hAnsi="Arial Narrow"/>
          <w:sz w:val="18"/>
        </w:rPr>
        <w:t>22.</w:t>
      </w:r>
      <w:r>
        <w:t xml:space="preserve"> Resistance to decay and insect attack.</w:t>
      </w:r>
    </w:p>
    <w:p>
      <w:pPr>
        <w:keepLines/>
        <w:spacing w:line="245" w:lineRule="auto" w:after="0" w:before="0"/>
        <w:ind w:left="1325" w:hanging="288"/>
      </w:pPr>
      <w:r>
        <w:rPr>
          <w:rFonts w:ascii="Arial Narrow" w:hAnsi="Arial Narrow"/>
          <w:sz w:val="18"/>
        </w:rPr>
        <w:t>23.</w:t>
      </w:r>
      <w:r>
        <w:t xml:space="preserve"> Resistant to attack by decay fungi and termites.</w:t>
      </w:r>
    </w:p>
    <w:p>
      <w:pPr>
        <w:keepLines/>
        <w:spacing w:line="245" w:lineRule="auto" w:after="0" w:before="0"/>
        <w:ind w:left="1325" w:hanging="288"/>
      </w:pPr>
      <w:r>
        <w:rPr>
          <w:rFonts w:ascii="Arial Narrow" w:hAnsi="Arial Narrow"/>
          <w:sz w:val="18"/>
        </w:rPr>
        <w:t>24.</w:t>
      </w:r>
      <w:r>
        <w:t xml:space="preserve"> Not resistant to marine borers.</w:t>
      </w:r>
    </w:p>
    <w:p>
      <w:pPr>
        <w:keepLines/>
        <w:spacing w:line="245" w:lineRule="auto" w:after="0" w:before="0"/>
        <w:ind w:left="1325" w:hanging="288"/>
      </w:pPr>
      <w:r>
        <w:rPr>
          <w:rFonts w:ascii="Arial Narrow" w:hAnsi="Arial Narrow"/>
          <w:sz w:val="18"/>
        </w:rPr>
        <w:t>25.</w:t>
      </w:r>
      <w:r>
        <w:t xml:space="preserve"> Modulus of rupture: 24656 psi (170 MPa).</w:t>
      </w:r>
    </w:p>
    <w:p>
      <w:pPr>
        <w:keepLines/>
        <w:spacing w:line="245" w:lineRule="auto" w:after="0" w:before="0"/>
        <w:ind w:left="1325" w:hanging="288"/>
      </w:pPr>
      <w:r>
        <w:rPr>
          <w:rFonts w:ascii="Arial Narrow" w:hAnsi="Arial Narrow"/>
          <w:sz w:val="18"/>
        </w:rPr>
        <w:t>26.</w:t>
      </w:r>
      <w:r>
        <w:t xml:space="preserve"> Modulus of elasticity: 3.046e+6 psi (21 GPa).</w:t>
      </w:r>
    </w:p>
    <w:p>
      <w:pPr>
        <w:keepLines/>
        <w:spacing w:line="245" w:lineRule="auto" w:after="0" w:before="0"/>
        <w:ind w:left="1325" w:hanging="288"/>
      </w:pPr>
      <w:r>
        <w:rPr>
          <w:rFonts w:ascii="Arial Narrow" w:hAnsi="Arial Narrow"/>
          <w:sz w:val="18"/>
        </w:rPr>
        <w:t>27.</w:t>
      </w:r>
      <w:r>
        <w:t xml:space="preserve"> Maximum crushing strength: 13633 psi (94 MPa).</w:t>
      </w:r>
    </w:p>
    <w:p>
      <w:pPr>
        <w:keepLines/>
        <w:spacing w:line="245" w:lineRule="auto" w:after="0" w:before="0"/>
        <w:ind w:left="1325" w:hanging="288"/>
      </w:pPr>
      <w:r>
        <w:rPr>
          <w:rFonts w:ascii="Arial Narrow" w:hAnsi="Arial Narrow"/>
          <w:sz w:val="18"/>
        </w:rPr>
        <w:t>28.</w:t>
      </w:r>
      <w:r>
        <w:t xml:space="preserve"> Shrinkage:</w:t>
      </w:r>
    </w:p>
    <w:p>
      <w:pPr>
        <w:keepLines/>
        <w:spacing w:line="245" w:lineRule="auto" w:after="0" w:before="0"/>
        <w:ind w:left="1843" w:hanging="288"/>
      </w:pPr>
      <w:r>
        <w:rPr>
          <w:rFonts w:ascii="Arial Narrow" w:hAnsi="Arial Narrow"/>
          <w:sz w:val="18"/>
        </w:rPr>
        <w:t>a.</w:t>
      </w:r>
      <w:r>
        <w:t xml:space="preserve"> Tangential: 7 percent.</w:t>
      </w:r>
    </w:p>
    <w:p>
      <w:pPr>
        <w:keepLines/>
        <w:spacing w:line="245" w:lineRule="auto" w:after="0" w:before="0"/>
        <w:ind w:left="1843" w:hanging="288"/>
      </w:pPr>
      <w:r>
        <w:rPr>
          <w:rFonts w:ascii="Arial Narrow" w:hAnsi="Arial Narrow"/>
          <w:sz w:val="18"/>
        </w:rPr>
        <w:t>b.</w:t>
      </w:r>
      <w:r>
        <w:t xml:space="preserve"> Radial: 6 percent.</w:t>
      </w:r>
    </w:p>
    <w:p>
      <w:pPr>
        <w:keepLines/>
        <w:spacing w:line="245" w:lineRule="auto" w:after="0" w:before="0"/>
        <w:ind w:left="1843" w:hanging="288"/>
      </w:pPr>
      <w:r>
        <w:rPr>
          <w:rFonts w:ascii="Arial Narrow" w:hAnsi="Arial Narrow"/>
          <w:sz w:val="18"/>
        </w:rPr>
        <w:t>c.</w:t>
      </w:r>
      <w:r>
        <w:t xml:space="preserve"> Tangential / Radial Shrinkage Ratio: 1.2.</w:t>
      </w:r>
    </w:p>
    <w:p>
      <w:pPr>
        <w:keepLines/>
        <w:spacing w:line="245" w:lineRule="auto" w:after="100" w:before="260"/>
        <w:ind w:left="0" w:firstLine="0"/>
      </w:pPr>
      <w:r>
        <w:rPr>
          <w:rFonts w:ascii="Arial Narrow" w:hAnsi="Arial Narrow"/>
          <w:b/>
          <w:sz w:val="18"/>
        </w:rPr>
        <w:t>PART  3  EXECUTION</w:t>
      </w:r>
    </w:p>
    <w:p>
      <w:pPr>
        <w:keepLines/>
        <w:spacing w:line="245" w:lineRule="auto" w:after="100" w:before="260"/>
        <w:ind w:left="0" w:firstLine="0"/>
      </w:pPr>
      <w:r>
        <w:rPr>
          <w:rFonts w:ascii="Arial Narrow" w:hAnsi="Arial Narrow"/>
          <w:sz w:val="18"/>
        </w:rPr>
        <w:t>3.1</w:t>
      </w:r>
      <w:r>
        <w:t xml:space="preserve">  EXAMINATION</w:t>
      </w:r>
    </w:p>
    <w:p>
      <w:pPr>
        <w:keepLines/>
        <w:spacing w:line="245" w:lineRule="auto" w:after="0" w:before="0"/>
        <w:ind w:left="806" w:hanging="288"/>
      </w:pPr>
      <w:r>
        <w:rPr>
          <w:rFonts w:ascii="Arial Narrow" w:hAnsi="Arial Narrow"/>
          <w:sz w:val="18"/>
        </w:rPr>
        <w:t>A.</w:t>
      </w:r>
      <w:r>
        <w:t xml:space="preserve"> Do not begin installation until substrates have been properly prepared and related work</w:t>
      </w:r>
      <w:r>
        <w:t xml:space="preserve"> penetrating the plane of the roof is completed.</w:t>
      </w:r>
    </w:p>
    <w:p>
      <w:pPr>
        <w:keepLines/>
        <w:spacing w:line="245" w:lineRule="auto" w:after="0" w:before="0"/>
        <w:ind w:left="1325" w:hanging="288"/>
      </w:pPr>
      <w:r>
        <w:rPr>
          <w:rFonts w:ascii="Arial Narrow" w:hAnsi="Arial Narrow"/>
          <w:sz w:val="18"/>
        </w:rPr>
        <w:t>1.</w:t>
      </w:r>
      <w:r>
        <w:t xml:space="preserve"> Carefully inspect installed work of other trades and verify that such work is complete</w:t>
      </w:r>
      <w:r>
        <w:t xml:space="preserve"> to the point where work of this section may properly commence.</w:t>
      </w:r>
    </w:p>
    <w:p>
      <w:pPr>
        <w:keepLines/>
        <w:spacing w:line="245" w:lineRule="auto" w:after="0" w:before="0"/>
        <w:ind w:left="1325" w:hanging="288"/>
      </w:pPr>
      <w:r>
        <w:rPr>
          <w:rFonts w:ascii="Arial Narrow" w:hAnsi="Arial Narrow"/>
          <w:sz w:val="18"/>
        </w:rPr>
        <w:t>2.</w:t>
      </w:r>
      <w:r>
        <w:t xml:space="preserve"> Notify the Architect in writing of the conditions detrimental to the proper and timely</w:t>
      </w:r>
      <w:r>
        <w:t xml:space="preserve"> completion of work.</w:t>
      </w:r>
    </w:p>
    <w:p>
      <w:pPr>
        <w:keepLines/>
        <w:spacing w:line="245" w:lineRule="auto" w:after="0" w:before="140"/>
        <w:ind w:left="806" w:hanging="288"/>
      </w:pPr>
      <w:r>
        <w:rPr>
          <w:rFonts w:ascii="Arial Narrow" w:hAnsi="Arial Narrow"/>
          <w:sz w:val="18"/>
        </w:rPr>
        <w:t>B.</w:t>
      </w:r>
      <w:r>
        <w:t xml:space="preserve"> Verify the Following:</w:t>
      </w:r>
    </w:p>
    <w:p>
      <w:pPr>
        <w:keepLines/>
        <w:spacing w:line="245" w:lineRule="auto" w:after="0" w:before="0"/>
        <w:ind w:left="1325" w:hanging="288"/>
      </w:pPr>
      <w:r>
        <w:rPr>
          <w:rFonts w:ascii="Arial Narrow" w:hAnsi="Arial Narrow"/>
          <w:sz w:val="18"/>
        </w:rPr>
        <w:t>1.</w:t>
      </w:r>
      <w:r>
        <w:t xml:space="preserve"> Substrates, membranes, and protection boards are ready for installation of pedestal</w:t>
      </w:r>
      <w:r>
        <w:t xml:space="preserve"> and paver system.</w:t>
      </w:r>
    </w:p>
    <w:p>
      <w:pPr>
        <w:keepLines/>
        <w:spacing w:line="245" w:lineRule="auto" w:after="0" w:before="0"/>
        <w:ind w:left="1325" w:hanging="288"/>
      </w:pPr>
      <w:r>
        <w:rPr>
          <w:rFonts w:ascii="Arial Narrow" w:hAnsi="Arial Narrow"/>
          <w:sz w:val="18"/>
        </w:rPr>
        <w:t>2.</w:t>
      </w:r>
      <w:r>
        <w:t xml:space="preserve"> The roof deck will sustain the weight of the pedestal paver system.</w:t>
      </w:r>
    </w:p>
    <w:p>
      <w:pPr>
        <w:keepLines/>
        <w:spacing w:line="245" w:lineRule="auto" w:after="0" w:before="0"/>
        <w:ind w:left="1325" w:hanging="288"/>
      </w:pPr>
      <w:r>
        <w:rPr>
          <w:rFonts w:ascii="Arial Narrow" w:hAnsi="Arial Narrow"/>
          <w:sz w:val="18"/>
        </w:rPr>
        <w:t>3.</w:t>
      </w:r>
      <w:r>
        <w:t xml:space="preserve"> Deck dimensions and elevations and pedestal heights before commencing work.</w:t>
      </w:r>
    </w:p>
    <w:p>
      <w:pPr>
        <w:keepLines/>
        <w:spacing w:line="245" w:lineRule="auto" w:after="100" w:before="260"/>
        <w:ind w:left="0" w:firstLine="0"/>
      </w:pPr>
      <w:r>
        <w:rPr>
          <w:rFonts w:ascii="Arial Narrow" w:hAnsi="Arial Narrow"/>
          <w:sz w:val="18"/>
        </w:rPr>
        <w:t>3.2</w:t>
      </w:r>
      <w:r>
        <w:t xml:space="preserve">  PREPARATION</w:t>
      </w:r>
    </w:p>
    <w:p>
      <w:pPr>
        <w:keepLines/>
        <w:spacing w:line="245" w:lineRule="auto" w:after="0" w:before="0"/>
        <w:ind w:left="806" w:hanging="288"/>
      </w:pPr>
      <w:r>
        <w:rPr>
          <w:rFonts w:ascii="Arial Narrow" w:hAnsi="Arial Narrow"/>
          <w:sz w:val="18"/>
        </w:rPr>
        <w:t>A.</w:t>
      </w:r>
      <w:r>
        <w:t xml:space="preserve"> Clean and prepare deck free of all debris in accordance with manufacturer's instructions.</w:t>
      </w:r>
    </w:p>
    <w:p>
      <w:pPr>
        <w:keepLines/>
        <w:spacing w:line="245" w:lineRule="auto" w:after="0" w:before="140"/>
        <w:ind w:left="806" w:hanging="288"/>
      </w:pPr>
      <w:r>
        <w:rPr>
          <w:rFonts w:ascii="Arial Narrow" w:hAnsi="Arial Narrow"/>
          <w:sz w:val="18"/>
        </w:rPr>
        <w:t>B.</w:t>
      </w:r>
      <w:r>
        <w:t xml:space="preserve"> Install membrane protection layer under all pedestals if specified by roofing membrane</w:t>
      </w:r>
      <w:r>
        <w:t xml:space="preserve"> manufacture.</w:t>
      </w:r>
    </w:p>
    <w:p>
      <w:pPr>
        <w:keepLines/>
        <w:spacing w:line="245" w:lineRule="auto" w:after="0" w:before="140"/>
        <w:ind w:left="806" w:hanging="288"/>
      </w:pPr>
      <w:r>
        <w:rPr>
          <w:rFonts w:ascii="Arial Narrow" w:hAnsi="Arial Narrow"/>
          <w:sz w:val="18"/>
        </w:rPr>
        <w:t>C.</w:t>
      </w:r>
      <w:r>
        <w:t xml:space="preserve"> Establish accurate lines, levels, and pattern.</w:t>
      </w:r>
    </w:p>
    <w:p>
      <w:pPr>
        <w:keepLines/>
        <w:spacing w:line="245" w:lineRule="auto" w:after="100" w:before="260"/>
        <w:ind w:left="0" w:firstLine="0"/>
      </w:pPr>
      <w:r>
        <w:rPr>
          <w:rFonts w:ascii="Arial Narrow" w:hAnsi="Arial Narrow"/>
          <w:sz w:val="18"/>
        </w:rPr>
        <w:t>3.3</w:t>
      </w:r>
      <w:r>
        <w:t xml:space="preserve">  INSTALLATION</w:t>
      </w:r>
    </w:p>
    <w:p>
      <w:pPr>
        <w:keepLines/>
        <w:spacing w:line="245" w:lineRule="auto" w:after="0" w:before="0"/>
        <w:ind w:left="806" w:hanging="288"/>
      </w:pPr>
      <w:r>
        <w:rPr>
          <w:rFonts w:ascii="Arial Narrow" w:hAnsi="Arial Narrow"/>
          <w:sz w:val="18"/>
        </w:rPr>
        <w:t>A.</w:t>
      </w:r>
      <w:r>
        <w:t xml:space="preserve"> Install in accordance with manufacturer's instructions, approved submittals, and in proper</w:t>
      </w:r>
      <w:r>
        <w:t xml:space="preserve"> relationship with adjacent construction.</w:t>
      </w:r>
    </w:p>
    <w:p>
      <w:pPr>
        <w:keepLines/>
        <w:spacing w:line="245" w:lineRule="auto" w:after="0" w:before="0"/>
        <w:ind w:left="1325" w:hanging="288"/>
      </w:pPr>
      <w:r>
        <w:rPr>
          <w:rFonts w:ascii="Arial Narrow" w:hAnsi="Arial Narrow"/>
          <w:sz w:val="18"/>
        </w:rPr>
        <w:t>1.</w:t>
      </w:r>
      <w:r>
        <w:t xml:space="preserve"> Determine starting point and layout the paver and pedestal grid layout determining</w:t>
      </w:r>
      <w:r>
        <w:t xml:space="preserve"> where full and cut pavers will be installed.</w:t>
      </w:r>
    </w:p>
    <w:p>
      <w:pPr>
        <w:keepLines/>
        <w:spacing w:line="245" w:lineRule="auto" w:after="0" w:before="0"/>
        <w:ind w:left="1325" w:hanging="288"/>
      </w:pPr>
      <w:r>
        <w:rPr>
          <w:rFonts w:ascii="Arial Narrow" w:hAnsi="Arial Narrow"/>
          <w:sz w:val="18"/>
        </w:rPr>
        <w:t>2.</w:t>
      </w:r>
      <w:r>
        <w:t xml:space="preserve"> Mark perpendicular guidelines on substrate surface to ensure square layout.</w:t>
      </w:r>
    </w:p>
    <w:p>
      <w:pPr>
        <w:keepLines/>
        <w:spacing w:line="245" w:lineRule="auto" w:after="0" w:before="0"/>
        <w:ind w:left="1325" w:hanging="288"/>
      </w:pPr>
      <w:r>
        <w:rPr>
          <w:rFonts w:ascii="Arial Narrow" w:hAnsi="Arial Narrow"/>
          <w:sz w:val="18"/>
        </w:rPr>
        <w:t>3.</w:t>
      </w:r>
      <w:r>
        <w:t xml:space="preserve"> Install initial pavers along guidelines forming a "T" pattern.</w:t>
      </w:r>
    </w:p>
    <w:p>
      <w:pPr>
        <w:keepLines/>
        <w:spacing w:line="245" w:lineRule="auto" w:after="0" w:before="0"/>
        <w:ind w:left="1325" w:hanging="288"/>
      </w:pPr>
      <w:r>
        <w:rPr>
          <w:rFonts w:ascii="Arial Narrow" w:hAnsi="Arial Narrow"/>
          <w:sz w:val="18"/>
        </w:rPr>
        <w:t>4.</w:t>
      </w:r>
      <w:r>
        <w:t xml:space="preserve"> Install Pavers tightly butted into pedestals. Form even joint width determined by</w:t>
      </w:r>
      <w:r>
        <w:t xml:space="preserve"> pedestal spacer tabs.</w:t>
      </w:r>
    </w:p>
    <w:p>
      <w:pPr>
        <w:keepLines/>
        <w:spacing w:line="245" w:lineRule="auto" w:after="0" w:before="0"/>
        <w:ind w:left="1325" w:hanging="288"/>
      </w:pPr>
      <w:r>
        <w:rPr>
          <w:rFonts w:ascii="Arial Narrow" w:hAnsi="Arial Narrow"/>
          <w:sz w:val="18"/>
        </w:rPr>
        <w:t>5.</w:t>
      </w:r>
      <w:r>
        <w:t xml:space="preserve"> Checks shall be made constantly for correct elevation and spacing of the installed</w:t>
      </w:r>
      <w:r>
        <w:t xml:space="preserve"> pavers using laser level, automatic leveler, or mason's line.</w:t>
      </w:r>
    </w:p>
    <w:p>
      <w:pPr>
        <w:keepLines/>
        <w:spacing w:line="245" w:lineRule="auto" w:after="0" w:before="0"/>
        <w:ind w:left="1325" w:hanging="288"/>
      </w:pPr>
      <w:r>
        <w:rPr>
          <w:rFonts w:ascii="Arial Narrow" w:hAnsi="Arial Narrow"/>
          <w:sz w:val="18"/>
        </w:rPr>
        <w:t>6.</w:t>
      </w:r>
      <w:r>
        <w:t xml:space="preserve"> Slight irregularities in paver thickness and/or deck heights can be compensated for by</w:t>
      </w:r>
      <w:r>
        <w:t xml:space="preserve"> using one or more regulation shims.</w:t>
      </w:r>
    </w:p>
    <w:p>
      <w:pPr>
        <w:keepLines/>
        <w:spacing w:line="245" w:lineRule="auto" w:after="0" w:before="0"/>
        <w:ind w:left="1325" w:hanging="288"/>
      </w:pPr>
      <w:r>
        <w:rPr>
          <w:rFonts w:ascii="Arial Narrow" w:hAnsi="Arial Narrow"/>
          <w:sz w:val="18"/>
        </w:rPr>
        <w:t>7.</w:t>
      </w:r>
      <w:r>
        <w:t xml:space="preserve"> Any section of paver, pedestal or protection course which is not restrained by an</w:t>
      </w:r>
      <w:r>
        <w:t xml:space="preserve"> abutting wall or parapet must be "boxed in" by some field installed restraint.</w:t>
      </w:r>
    </w:p>
    <w:p>
      <w:pPr>
        <w:keepLines/>
        <w:spacing w:line="245" w:lineRule="auto" w:after="0" w:before="140"/>
        <w:ind w:left="806" w:hanging="288"/>
      </w:pPr>
      <w:r>
        <w:rPr>
          <w:rFonts w:ascii="Arial Narrow" w:hAnsi="Arial Narrow"/>
          <w:sz w:val="18"/>
        </w:rPr>
        <w:t>B.</w:t>
      </w:r>
      <w:r>
        <w:t xml:space="preserve"> CLEANING AND PROTECTION</w:t>
      </w:r>
    </w:p>
    <w:p>
      <w:pPr>
        <w:keepLines/>
        <w:spacing w:line="245" w:lineRule="auto" w:after="0" w:before="140"/>
        <w:ind w:left="806" w:hanging="288"/>
      </w:pPr>
      <w:r>
        <w:rPr>
          <w:rFonts w:ascii="Arial Narrow" w:hAnsi="Arial Narrow"/>
          <w:sz w:val="18"/>
        </w:rPr>
        <w:t>C.</w:t>
      </w:r>
      <w:r>
        <w:t xml:space="preserve"> Clean products in accordance with the manufacturers recommendations.</w:t>
      </w:r>
    </w:p>
    <w:p>
      <w:pPr>
        <w:keepLines/>
        <w:spacing w:line="245" w:lineRule="auto" w:after="0" w:before="140"/>
        <w:ind w:left="806" w:hanging="288"/>
      </w:pPr>
      <w:r>
        <w:rPr>
          <w:rFonts w:ascii="Arial Narrow" w:hAnsi="Arial Narrow"/>
          <w:sz w:val="18"/>
        </w:rPr>
        <w:t>D.</w:t>
      </w:r>
      <w:r>
        <w:t xml:space="preserve"> Touch-up, repair or replace damaged products before Substantial Completion.</w:t>
      </w:r>
    </w:p>
    <w:p>
      <w:pPr>
        <w:keepLines/>
        <w:spacing w:line="245" w:lineRule="auto" w:after="100" w:before="260"/>
        <w:ind w:left="0" w:firstLine="0"/>
      </w:pPr>
      <w:r>
        <w:rPr>
          <w:rFonts w:ascii="Arial Narrow" w:hAnsi="Arial Narrow"/>
          <w:sz w:val="18"/>
        </w:rPr>
        <w:t>3.4</w:t>
      </w:r>
      <w:r>
        <w:t xml:space="preserve">  ROUTINE MAINTENANCE AND CARE</w:t>
      </w:r>
    </w:p>
    <w:p>
      <w:pPr>
        <w:keepLines/>
        <w:spacing w:line="245" w:lineRule="auto" w:after="0" w:before="0"/>
        <w:ind w:left="806" w:hanging="288"/>
      </w:pPr>
      <w:r>
        <w:rPr>
          <w:rFonts w:ascii="Arial Narrow" w:hAnsi="Arial Narrow"/>
          <w:sz w:val="18"/>
        </w:rPr>
        <w:t>A.</w:t>
      </w:r>
      <w:r>
        <w:t xml:space="preserve"> Remove and replace pavers, which are loose, chipped, broken, stained or otherwise</w:t>
      </w:r>
      <w:r>
        <w:t xml:space="preserve"> damaged. Make sure edge restraints stay intact and are structurally sound.</w:t>
      </w:r>
    </w:p>
    <w:p>
      <w:pPr>
        <w:keepLines/>
        <w:spacing w:line="245" w:lineRule="auto" w:after="0" w:before="140"/>
        <w:ind w:left="806" w:hanging="288"/>
      </w:pPr>
      <w:r>
        <w:rPr>
          <w:rFonts w:ascii="Arial Narrow" w:hAnsi="Arial Narrow"/>
          <w:sz w:val="18"/>
        </w:rPr>
        <w:t>B.</w:t>
      </w:r>
      <w:r>
        <w:t xml:space="preserve"> Remove stains and soiling from exposed paver surfaces. Wash and scrub clean.</w:t>
      </w:r>
    </w:p>
    <w:p>
      <w:pPr>
        <w:keepLines/>
        <w:spacing w:line="245" w:lineRule="auto" w:after="0" w:before="0"/>
        <w:ind w:left="1325" w:hanging="288"/>
      </w:pPr>
      <w:r>
        <w:rPr>
          <w:rFonts w:ascii="Arial Narrow" w:hAnsi="Arial Narrow"/>
          <w:sz w:val="18"/>
        </w:rPr>
        <w:t>1.</w:t>
      </w:r>
      <w:r>
        <w:t xml:space="preserve"> Pressure Washers: May be used to lightly clean the surface.</w:t>
      </w:r>
    </w:p>
    <w:p>
      <w:pPr>
        <w:keepLines/>
        <w:spacing w:line="245" w:lineRule="auto" w:after="0" w:before="0"/>
        <w:ind w:left="1325" w:hanging="288"/>
      </w:pPr>
      <w:r>
        <w:rPr>
          <w:rFonts w:ascii="Arial Narrow" w:hAnsi="Arial Narrow"/>
          <w:sz w:val="18"/>
        </w:rPr>
        <w:t>2.</w:t>
      </w:r>
      <w:r>
        <w:t xml:space="preserve"> Always test on an inconspicuous location before using any cleaning products or</w:t>
      </w:r>
      <w:r>
        <w:t xml:space="preserve"> pressure washer to ensure no damage or discoloration will occur.</w:t>
      </w:r>
    </w:p>
    <w:p>
      <w:pPr>
        <w:keepLines/>
        <w:spacing w:line="245" w:lineRule="auto" w:after="0" w:before="140"/>
        <w:ind w:left="806" w:hanging="288"/>
      </w:pPr>
      <w:r>
        <w:rPr>
          <w:rFonts w:ascii="Arial Narrow" w:hAnsi="Arial Narrow"/>
          <w:sz w:val="18"/>
        </w:rPr>
        <w:t>C.</w:t>
      </w:r>
      <w:r>
        <w:t xml:space="preserve"> Ipe wood is a naturally occurring wood product and behaves as a natural product.</w:t>
      </w:r>
    </w:p>
    <w:p>
      <w:pPr>
        <w:keepLines/>
        <w:spacing w:line="245" w:lineRule="auto" w:after="0" w:before="0"/>
        <w:ind w:left="1325" w:hanging="288"/>
      </w:pPr>
      <w:r>
        <w:rPr>
          <w:rFonts w:ascii="Arial Narrow" w:hAnsi="Arial Narrow"/>
          <w:sz w:val="18"/>
        </w:rPr>
        <w:t>1.</w:t>
      </w:r>
      <w:r>
        <w:t xml:space="preserve"> Checking, cupping, splitting, shrinking, warping and discoloration can occur.</w:t>
      </w:r>
    </w:p>
    <w:p>
      <w:pPr>
        <w:keepLines/>
        <w:spacing w:line="245" w:lineRule="auto" w:after="0" w:before="0"/>
        <w:ind w:left="1325" w:hanging="288"/>
      </w:pPr>
      <w:r>
        <w:rPr>
          <w:rFonts w:ascii="Arial Narrow" w:hAnsi="Arial Narrow"/>
          <w:sz w:val="18"/>
        </w:rPr>
        <w:t>2.</w:t>
      </w:r>
      <w:r>
        <w:t xml:space="preserve"> Seal cut ends with a wax sealant immediately after cutting to minimize these natural</w:t>
      </w:r>
      <w:r>
        <w:t xml:space="preserve"> tendencies.</w:t>
      </w:r>
    </w:p>
    <w:p>
      <w:pPr>
        <w:keepLines/>
        <w:spacing w:line="245" w:lineRule="auto" w:after="0" w:before="0"/>
        <w:ind w:left="1325" w:hanging="288"/>
      </w:pPr>
      <w:r>
        <w:rPr>
          <w:rFonts w:ascii="Arial Narrow" w:hAnsi="Arial Narrow"/>
          <w:sz w:val="18"/>
        </w:rPr>
        <w:t>3.</w:t>
      </w:r>
      <w:r>
        <w:t xml:space="preserve"> Apply a hard wood oil as needed to seal visible surfaces in order to minimize</w:t>
      </w:r>
      <w:r>
        <w:t xml:space="preserve"> discoloration and protect the pavers.</w:t>
      </w:r>
    </w:p>
    <w:p>
      <w:pPr>
        <w:keepLines/>
        <w:spacing w:line="245" w:lineRule="auto" w:after="0" w:before="0"/>
        <w:ind w:left="3832"/>
      </w:pPr>
      <w:r>
        <w:rPr>
          <w:rFonts w:ascii="Arial Narrow" w:hAnsi="Arial Narrow"/>
          <w:sz w:val="18"/>
        </w:rPr>
        <w:t>END OF SECTION</w:t>
      </w:r>
    </w:p>
    <w:sectPr w:rsidR="00FC693F" w:rsidRPr="0006063C" w:rsidSect="00034616">
      <w:footerReference w:type="default" r:id="rId10"/>
      <w:pgSz w:w="12240" w:h="15840"/>
      <w:pgMar w:top="1008" w:right="1224" w:bottom="79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07 76 16 -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 Narrow" w:hAnsi="Arial Narrow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